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A2496" w14:textId="77777777" w:rsidR="003177B5" w:rsidRPr="00221470" w:rsidRDefault="00AE0702" w:rsidP="00FB7010">
      <w:pPr>
        <w:spacing w:after="0"/>
        <w:jc w:val="center"/>
        <w:rPr>
          <w:rFonts w:ascii="TH SarabunPSK" w:hAnsi="TH SarabunPSK" w:cs="TH SarabunPSK"/>
          <w:b/>
          <w:bCs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ใบสมัครเข้าร่วมการแข่งขันประกวดการจัดทำสื่อการเรียนรู้ประเภทบอร์ดเกม (</w:t>
      </w:r>
      <w:r w:rsidRPr="00221470">
        <w:rPr>
          <w:rFonts w:ascii="TH SarabunPSK" w:hAnsi="TH SarabunPSK" w:cs="TH SarabunPSK"/>
          <w:b/>
          <w:bCs/>
          <w:szCs w:val="32"/>
        </w:rPr>
        <w:t>Board Game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)</w:t>
      </w:r>
    </w:p>
    <w:p w14:paraId="46BA5E11" w14:textId="76C2E6FE" w:rsidR="003177B5" w:rsidRPr="00221470" w:rsidRDefault="00AE0702" w:rsidP="00FB7010">
      <w:pPr>
        <w:spacing w:after="0"/>
        <w:jc w:val="center"/>
        <w:rPr>
          <w:rFonts w:ascii="TH SarabunPSK" w:hAnsi="TH SarabunPSK" w:cs="TH SarabunPSK"/>
          <w:szCs w:val="32"/>
          <w:lang w:bidi="th-TH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เพื่อส่งเสริม</w:t>
      </w:r>
      <w:r w:rsidRPr="00221470">
        <w:rPr>
          <w:rFonts w:ascii="TH SarabunPSK" w:hAnsi="TH SarabunPSK" w:cs="TH SarabunPSK"/>
          <w:b/>
          <w:bCs/>
          <w:szCs w:val="32"/>
        </w:rPr>
        <w:t xml:space="preserve"> Student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-</w:t>
      </w:r>
      <w:r w:rsidRPr="00221470">
        <w:rPr>
          <w:rFonts w:ascii="TH SarabunPSK" w:hAnsi="TH SarabunPSK" w:cs="TH SarabunPSK"/>
          <w:b/>
          <w:bCs/>
          <w:szCs w:val="32"/>
        </w:rPr>
        <w:t xml:space="preserve">Based Outcomes 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(</w:t>
      </w:r>
      <w:r w:rsidRPr="00221470">
        <w:rPr>
          <w:rFonts w:ascii="TH SarabunPSK" w:hAnsi="TH SarabunPSK" w:cs="TH SarabunPSK"/>
          <w:b/>
          <w:bCs/>
          <w:szCs w:val="32"/>
        </w:rPr>
        <w:t>SBO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) วิศวกรสังคม ประจำปีการศึกษา</w:t>
      </w:r>
      <w:r w:rsidRPr="00221470">
        <w:rPr>
          <w:rFonts w:ascii="TH SarabunPSK" w:hAnsi="TH SarabunPSK" w:cs="TH SarabunPSK"/>
          <w:b/>
          <w:bCs/>
          <w:szCs w:val="32"/>
        </w:rPr>
        <w:t xml:space="preserve"> 2569</w:t>
      </w:r>
      <w:r w:rsidRPr="00221470">
        <w:rPr>
          <w:rFonts w:ascii="TH SarabunPSK" w:hAnsi="TH SarabunPSK" w:cs="TH SarabunPSK"/>
          <w:b/>
          <w:bCs/>
          <w:szCs w:val="32"/>
        </w:rPr>
        <w:br/>
      </w:r>
      <w:r w:rsidR="00221470">
        <w:rPr>
          <w:rFonts w:ascii="TH SarabunPSK" w:hAnsi="TH SarabunPSK" w:cs="TH SarabunPSK" w:hint="cs"/>
          <w:b/>
          <w:bCs/>
          <w:color w:val="0070C0"/>
          <w:szCs w:val="32"/>
          <w:cs/>
          <w:lang w:bidi="th-TH"/>
        </w:rPr>
        <w:t>มหาวิทยาลัยลัยราช</w:t>
      </w:r>
      <w:proofErr w:type="spellStart"/>
      <w:r w:rsidR="00221470">
        <w:rPr>
          <w:rFonts w:ascii="TH SarabunPSK" w:hAnsi="TH SarabunPSK" w:cs="TH SarabunPSK" w:hint="cs"/>
          <w:b/>
          <w:bCs/>
          <w:color w:val="0070C0"/>
          <w:szCs w:val="32"/>
          <w:cs/>
          <w:lang w:bidi="th-TH"/>
        </w:rPr>
        <w:t>ภัฏ</w:t>
      </w:r>
      <w:proofErr w:type="spellEnd"/>
      <w:r w:rsidR="00221470">
        <w:rPr>
          <w:rFonts w:ascii="TH SarabunPSK" w:hAnsi="TH SarabunPSK" w:cs="TH SarabunPSK" w:hint="cs"/>
          <w:b/>
          <w:bCs/>
          <w:color w:val="0070C0"/>
          <w:szCs w:val="32"/>
          <w:cs/>
          <w:lang w:bidi="th-TH"/>
        </w:rPr>
        <w:t>สกลนคร</w:t>
      </w:r>
    </w:p>
    <w:p w14:paraId="660E0908" w14:textId="77777777" w:rsidR="00FB7010" w:rsidRPr="00221470" w:rsidRDefault="00FB7010" w:rsidP="00FB7010">
      <w:pPr>
        <w:spacing w:after="0" w:line="240" w:lineRule="auto"/>
        <w:jc w:val="thaiDistribute"/>
        <w:rPr>
          <w:rFonts w:ascii="TH SarabunPSK" w:hAnsi="TH SarabunPSK" w:cs="TH SarabunPSK"/>
          <w:szCs w:val="32"/>
          <w:lang w:bidi="th-TH"/>
        </w:rPr>
      </w:pPr>
      <w:r w:rsidRPr="00221470">
        <w:rPr>
          <w:rFonts w:ascii="TH SarabunPSK" w:hAnsi="TH SarabunPSK" w:cs="TH SarabunPSK"/>
          <w:b/>
          <w:bCs/>
          <w:szCs w:val="32"/>
          <w:u w:val="single"/>
          <w:cs/>
          <w:lang w:bidi="th-TH"/>
        </w:rPr>
        <w:t>คำชี้แจง :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แบบฟอร์มนี้จัดทำจากข้อกำหนดในระเบียบการแข่งขันเพื่อช่วยให้ทีมเตรียมข้อมูลและเอกสารสำหรับ</w:t>
      </w:r>
    </w:p>
    <w:p w14:paraId="478270B3" w14:textId="77777777" w:rsidR="00FB7010" w:rsidRPr="00221470" w:rsidRDefault="00FB7010" w:rsidP="00FB7010">
      <w:pPr>
        <w:spacing w:after="0" w:line="240" w:lineRule="auto"/>
        <w:ind w:firstLine="720"/>
        <w:jc w:val="thaiDistribute"/>
        <w:rPr>
          <w:rFonts w:ascii="TH SarabunPSK" w:hAnsi="TH SarabunPSK" w:cs="TH SarabunPSK"/>
          <w:szCs w:val="32"/>
          <w:lang w:bidi="th-TH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 xml:space="preserve">   ระดับมหาวิทยาลัย โดยวัน เวลา ช่องทาง และรูปแบบการส่งจริง ให้ยึดประกาศของคณะกรรมการ</w:t>
      </w:r>
    </w:p>
    <w:p w14:paraId="22E34007" w14:textId="3658BB27" w:rsidR="00FB7010" w:rsidRPr="00221470" w:rsidRDefault="00FB7010" w:rsidP="00FB7010">
      <w:pPr>
        <w:spacing w:after="0" w:line="240" w:lineRule="auto"/>
        <w:ind w:firstLine="720"/>
        <w:jc w:val="thaiDistribute"/>
        <w:rPr>
          <w:rFonts w:ascii="TH SarabunPSK" w:hAnsi="TH SarabunPSK" w:cs="TH SarabunPSK"/>
          <w:szCs w:val="32"/>
          <w:lang w:bidi="th-TH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 xml:space="preserve">   จัดการแข่งขันเป็นหลัก</w:t>
      </w:r>
    </w:p>
    <w:p w14:paraId="11F3FCF1" w14:textId="77777777" w:rsidR="00C804C9" w:rsidRPr="00221470" w:rsidRDefault="00C804C9" w:rsidP="00FB7010">
      <w:pPr>
        <w:spacing w:after="0" w:line="240" w:lineRule="auto"/>
        <w:ind w:firstLine="720"/>
        <w:jc w:val="thaiDistribute"/>
        <w:rPr>
          <w:rFonts w:ascii="TH SarabunPSK" w:hAnsi="TH SarabunPSK" w:cs="TH SarabunPSK"/>
          <w:szCs w:val="32"/>
          <w:lang w:bidi="th-TH"/>
        </w:rPr>
      </w:pPr>
    </w:p>
    <w:p w14:paraId="79F38D97" w14:textId="77777777" w:rsidR="003177B5" w:rsidRPr="00221470" w:rsidRDefault="00AE0702" w:rsidP="006870F0">
      <w:pPr>
        <w:pStyle w:val="1"/>
        <w:spacing w:before="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ส่วนที่</w:t>
      </w:r>
      <w:r w:rsidRPr="00221470">
        <w:rPr>
          <w:rFonts w:ascii="TH SarabunPSK" w:hAnsi="TH SarabunPSK" w:cs="TH SarabunPSK"/>
          <w:sz w:val="32"/>
          <w:szCs w:val="32"/>
        </w:rPr>
        <w:t xml:space="preserve"> 1 </w:t>
      </w: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ข้อมูลทีมและผู้สมัคร</w:t>
      </w:r>
    </w:p>
    <w:p w14:paraId="0F8BC17C" w14:textId="7B35AFE0" w:rsidR="003177B5" w:rsidRPr="00221470" w:rsidRDefault="00AE0702" w:rsidP="00FB7010">
      <w:pPr>
        <w:spacing w:after="0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ชื่อทีม </w:t>
      </w:r>
      <w:r w:rsidR="00360729"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: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</w:t>
      </w:r>
    </w:p>
    <w:p w14:paraId="7C9C0962" w14:textId="55A9234D" w:rsidR="003177B5" w:rsidRPr="00221470" w:rsidRDefault="00AE0702" w:rsidP="00FB7010">
      <w:pPr>
        <w:spacing w:after="0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คณะ/สาขาวิชา (ถ้ามี) </w:t>
      </w:r>
      <w:r w:rsidR="00360729"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: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</w:t>
      </w:r>
    </w:p>
    <w:p w14:paraId="0920DD6E" w14:textId="54BC35C9" w:rsidR="003177B5" w:rsidRPr="00221470" w:rsidRDefault="00AE0702" w:rsidP="00FB7010">
      <w:pPr>
        <w:spacing w:after="0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ชื่อผลงาน/ชื่อบอร์ดเกม </w:t>
      </w:r>
      <w:r w:rsidR="00360729" w:rsidRPr="00221470">
        <w:rPr>
          <w:rFonts w:ascii="TH SarabunPSK" w:hAnsi="TH SarabunPSK" w:cs="TH SarabunPSK"/>
          <w:szCs w:val="32"/>
          <w:cs/>
          <w:lang w:bidi="th-TH"/>
        </w:rPr>
        <w:t>: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</w:t>
      </w:r>
    </w:p>
    <w:p w14:paraId="4CDB7CEF" w14:textId="536840AD" w:rsidR="003177B5" w:rsidRPr="00221470" w:rsidRDefault="00AE0702" w:rsidP="00FB7010">
      <w:pPr>
        <w:spacing w:after="0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ชื่อ-สกุล ผู้ประสานงานทีม </w:t>
      </w:r>
      <w:r w:rsidR="00360729" w:rsidRPr="00221470">
        <w:rPr>
          <w:rFonts w:ascii="TH SarabunPSK" w:hAnsi="TH SarabunPSK" w:cs="TH SarabunPSK"/>
          <w:szCs w:val="32"/>
          <w:cs/>
          <w:lang w:bidi="th-TH"/>
        </w:rPr>
        <w:t>: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</w:t>
      </w:r>
    </w:p>
    <w:p w14:paraId="1B54AA9A" w14:textId="10DEBF5A" w:rsidR="003177B5" w:rsidRPr="00221470" w:rsidRDefault="00AE0702" w:rsidP="00FB7010">
      <w:pPr>
        <w:spacing w:after="0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โทรศัพท์ </w:t>
      </w:r>
      <w:r w:rsidR="00360729"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: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</w:t>
      </w:r>
      <w:r w:rsidR="00C042FA" w:rsidRPr="00221470">
        <w:rPr>
          <w:rFonts w:ascii="TH SarabunPSK" w:hAnsi="TH SarabunPSK" w:cs="TH SarabunPSK"/>
          <w:szCs w:val="32"/>
          <w:cs/>
          <w:lang w:bidi="th-TH"/>
        </w:rPr>
        <w:t xml:space="preserve"> </w:t>
      </w:r>
      <w:proofErr w:type="gramStart"/>
      <w:r w:rsidR="00360729" w:rsidRPr="00221470">
        <w:rPr>
          <w:rFonts w:ascii="TH SarabunPSK" w:hAnsi="TH SarabunPSK" w:cs="TH SarabunPSK"/>
          <w:b/>
          <w:bCs/>
          <w:szCs w:val="32"/>
        </w:rPr>
        <w:t>Line</w:t>
      </w:r>
      <w:r w:rsidR="00360729" w:rsidRPr="00221470">
        <w:rPr>
          <w:rFonts w:ascii="TH SarabunPSK" w:hAnsi="TH SarabunPSK" w:cs="TH SarabunPSK"/>
          <w:szCs w:val="32"/>
          <w:cs/>
          <w:lang w:bidi="th-TH"/>
        </w:rPr>
        <w:t xml:space="preserve"> :</w:t>
      </w:r>
      <w:proofErr w:type="gramEnd"/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</w:t>
      </w:r>
    </w:p>
    <w:p w14:paraId="1A219E41" w14:textId="4C5F9DF6" w:rsidR="003177B5" w:rsidRPr="00221470" w:rsidRDefault="00AE0702" w:rsidP="00FB7010">
      <w:pPr>
        <w:spacing w:after="0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อีเมล </w:t>
      </w:r>
      <w:r w:rsidR="00360729"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: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</w:t>
      </w:r>
    </w:p>
    <w:p w14:paraId="11BF10FF" w14:textId="77777777" w:rsidR="007F7BE4" w:rsidRPr="00221470" w:rsidRDefault="007F7BE4" w:rsidP="007F7BE4">
      <w:pPr>
        <w:spacing w:after="0"/>
        <w:rPr>
          <w:rFonts w:ascii="TH SarabunPSK" w:hAnsi="TH SarabunPSK" w:cs="TH SarabunPSK"/>
          <w:szCs w:val="32"/>
        </w:rPr>
      </w:pPr>
    </w:p>
    <w:p w14:paraId="16C0E1F5" w14:textId="77777777" w:rsidR="003177B5" w:rsidRPr="00221470" w:rsidRDefault="00AE0702" w:rsidP="00FB7010">
      <w:pPr>
        <w:pStyle w:val="21"/>
        <w:rPr>
          <w:rFonts w:ascii="TH SarabunPSK" w:hAnsi="TH SarabunPSK" w:cs="TH SarabunPSK"/>
          <w:sz w:val="32"/>
          <w:szCs w:val="32"/>
        </w:rPr>
      </w:pP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รายชื่อนักศึกษาสมาชิกทีม (</w:t>
      </w:r>
      <w:r w:rsidRPr="00221470">
        <w:rPr>
          <w:rFonts w:ascii="TH SarabunPSK" w:hAnsi="TH SarabunPSK" w:cs="TH SarabunPSK"/>
          <w:sz w:val="32"/>
          <w:szCs w:val="32"/>
        </w:rPr>
        <w:t>3</w:t>
      </w: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-</w:t>
      </w:r>
      <w:r w:rsidRPr="00221470">
        <w:rPr>
          <w:rFonts w:ascii="TH SarabunPSK" w:hAnsi="TH SarabunPSK" w:cs="TH SarabunPSK"/>
          <w:sz w:val="32"/>
          <w:szCs w:val="32"/>
        </w:rPr>
        <w:t xml:space="preserve">6 </w:t>
      </w: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คน)</w:t>
      </w:r>
    </w:p>
    <w:tbl>
      <w:tblPr>
        <w:tblStyle w:val="afa"/>
        <w:tblW w:w="0" w:type="auto"/>
        <w:tblInd w:w="666" w:type="dxa"/>
        <w:tblLayout w:type="fixed"/>
        <w:tblLook w:val="04A0" w:firstRow="1" w:lastRow="0" w:firstColumn="1" w:lastColumn="0" w:noHBand="0" w:noVBand="1"/>
      </w:tblPr>
      <w:tblGrid>
        <w:gridCol w:w="851"/>
        <w:gridCol w:w="2972"/>
        <w:gridCol w:w="3168"/>
        <w:gridCol w:w="1652"/>
      </w:tblGrid>
      <w:tr w:rsidR="008912E9" w:rsidRPr="00221470" w14:paraId="21C0ACF1" w14:textId="77777777" w:rsidTr="00BA3782">
        <w:tc>
          <w:tcPr>
            <w:tcW w:w="851" w:type="dxa"/>
            <w:shd w:val="clear" w:color="auto" w:fill="D9D9D9" w:themeFill="background1" w:themeFillShade="D9"/>
          </w:tcPr>
          <w:p w14:paraId="00A92C47" w14:textId="77777777" w:rsidR="008912E9" w:rsidRPr="00221470" w:rsidRDefault="008912E9" w:rsidP="008912E9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21470">
              <w:rPr>
                <w:rFonts w:ascii="TH SarabunPSK" w:hAnsi="TH SarabunPSK" w:cs="TH SarabunPSK"/>
                <w:b/>
                <w:bCs/>
                <w:szCs w:val="32"/>
                <w:cs/>
                <w:lang w:bidi="th-TH"/>
              </w:rPr>
              <w:t>ลำดับ</w:t>
            </w:r>
          </w:p>
        </w:tc>
        <w:tc>
          <w:tcPr>
            <w:tcW w:w="2972" w:type="dxa"/>
            <w:shd w:val="clear" w:color="auto" w:fill="D9D9D9" w:themeFill="background1" w:themeFillShade="D9"/>
          </w:tcPr>
          <w:p w14:paraId="75146313" w14:textId="77777777" w:rsidR="008912E9" w:rsidRPr="00221470" w:rsidRDefault="008912E9" w:rsidP="008912E9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21470">
              <w:rPr>
                <w:rFonts w:ascii="TH SarabunPSK" w:hAnsi="TH SarabunPSK" w:cs="TH SarabunPSK"/>
                <w:b/>
                <w:bCs/>
                <w:szCs w:val="32"/>
                <w:cs/>
                <w:lang w:bidi="th-TH"/>
              </w:rPr>
              <w:t>ชื่อ-สกุล</w:t>
            </w:r>
          </w:p>
        </w:tc>
        <w:tc>
          <w:tcPr>
            <w:tcW w:w="3168" w:type="dxa"/>
            <w:shd w:val="clear" w:color="auto" w:fill="D9D9D9" w:themeFill="background1" w:themeFillShade="D9"/>
          </w:tcPr>
          <w:p w14:paraId="21C83198" w14:textId="5AF0FF41" w:rsidR="008912E9" w:rsidRPr="00221470" w:rsidRDefault="008912E9" w:rsidP="008912E9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21470">
              <w:rPr>
                <w:rFonts w:ascii="TH SarabunPSK" w:hAnsi="TH SarabunPSK" w:cs="TH SarabunPSK"/>
                <w:b/>
                <w:bCs/>
                <w:szCs w:val="32"/>
                <w:cs/>
                <w:lang w:bidi="th-TH"/>
              </w:rPr>
              <w:t>สาขา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18236AB0" w14:textId="64FE67E2" w:rsidR="008912E9" w:rsidRPr="00221470" w:rsidRDefault="008912E9" w:rsidP="008912E9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21470">
              <w:rPr>
                <w:rFonts w:ascii="TH SarabunPSK" w:hAnsi="TH SarabunPSK" w:cs="TH SarabunPSK"/>
                <w:b/>
                <w:bCs/>
                <w:szCs w:val="32"/>
                <w:cs/>
                <w:lang w:bidi="th-TH"/>
              </w:rPr>
              <w:t>โทรศัพท์</w:t>
            </w:r>
          </w:p>
        </w:tc>
      </w:tr>
      <w:tr w:rsidR="008912E9" w:rsidRPr="00221470" w14:paraId="03D9C04E" w14:textId="77777777" w:rsidTr="00BA3782">
        <w:tc>
          <w:tcPr>
            <w:tcW w:w="851" w:type="dxa"/>
          </w:tcPr>
          <w:p w14:paraId="77B76C91" w14:textId="77777777" w:rsidR="008912E9" w:rsidRPr="00221470" w:rsidRDefault="008912E9" w:rsidP="008912E9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221470">
              <w:rPr>
                <w:rFonts w:ascii="TH SarabunPSK" w:hAnsi="TH SarabunPSK" w:cs="TH SarabunPSK"/>
                <w:szCs w:val="32"/>
              </w:rPr>
              <w:t>1</w:t>
            </w:r>
          </w:p>
        </w:tc>
        <w:tc>
          <w:tcPr>
            <w:tcW w:w="2972" w:type="dxa"/>
          </w:tcPr>
          <w:p w14:paraId="52CD00C5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68" w:type="dxa"/>
          </w:tcPr>
          <w:p w14:paraId="1E36F9F9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52" w:type="dxa"/>
          </w:tcPr>
          <w:p w14:paraId="3E209AA7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8912E9" w:rsidRPr="00221470" w14:paraId="27F9D169" w14:textId="77777777" w:rsidTr="00BA3782">
        <w:tc>
          <w:tcPr>
            <w:tcW w:w="851" w:type="dxa"/>
          </w:tcPr>
          <w:p w14:paraId="53B31653" w14:textId="77777777" w:rsidR="008912E9" w:rsidRPr="00221470" w:rsidRDefault="008912E9" w:rsidP="008912E9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221470">
              <w:rPr>
                <w:rFonts w:ascii="TH SarabunPSK" w:hAnsi="TH SarabunPSK" w:cs="TH SarabunPSK"/>
                <w:szCs w:val="32"/>
              </w:rPr>
              <w:t>2</w:t>
            </w:r>
          </w:p>
        </w:tc>
        <w:tc>
          <w:tcPr>
            <w:tcW w:w="2972" w:type="dxa"/>
          </w:tcPr>
          <w:p w14:paraId="186C4B84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68" w:type="dxa"/>
          </w:tcPr>
          <w:p w14:paraId="5F6F0A2A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52" w:type="dxa"/>
          </w:tcPr>
          <w:p w14:paraId="41E5CD17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8912E9" w:rsidRPr="00221470" w14:paraId="1AE6AD33" w14:textId="77777777" w:rsidTr="00BA3782">
        <w:tc>
          <w:tcPr>
            <w:tcW w:w="851" w:type="dxa"/>
          </w:tcPr>
          <w:p w14:paraId="35E36BC2" w14:textId="77777777" w:rsidR="008912E9" w:rsidRPr="00221470" w:rsidRDefault="008912E9" w:rsidP="008912E9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221470">
              <w:rPr>
                <w:rFonts w:ascii="TH SarabunPSK" w:hAnsi="TH SarabunPSK" w:cs="TH SarabunPSK"/>
                <w:szCs w:val="32"/>
              </w:rPr>
              <w:t>3</w:t>
            </w:r>
          </w:p>
        </w:tc>
        <w:tc>
          <w:tcPr>
            <w:tcW w:w="2972" w:type="dxa"/>
          </w:tcPr>
          <w:p w14:paraId="70A9B74F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68" w:type="dxa"/>
          </w:tcPr>
          <w:p w14:paraId="693E8BBD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52" w:type="dxa"/>
          </w:tcPr>
          <w:p w14:paraId="1F83B5EB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8912E9" w:rsidRPr="00221470" w14:paraId="6FB976FF" w14:textId="77777777" w:rsidTr="00BA3782">
        <w:tc>
          <w:tcPr>
            <w:tcW w:w="851" w:type="dxa"/>
          </w:tcPr>
          <w:p w14:paraId="1E8F332E" w14:textId="77777777" w:rsidR="008912E9" w:rsidRPr="00221470" w:rsidRDefault="008912E9" w:rsidP="008912E9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221470">
              <w:rPr>
                <w:rFonts w:ascii="TH SarabunPSK" w:hAnsi="TH SarabunPSK" w:cs="TH SarabunPSK"/>
                <w:szCs w:val="32"/>
              </w:rPr>
              <w:t>4</w:t>
            </w:r>
          </w:p>
        </w:tc>
        <w:tc>
          <w:tcPr>
            <w:tcW w:w="2972" w:type="dxa"/>
          </w:tcPr>
          <w:p w14:paraId="76AB2148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68" w:type="dxa"/>
          </w:tcPr>
          <w:p w14:paraId="1CBA0EA7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52" w:type="dxa"/>
          </w:tcPr>
          <w:p w14:paraId="28D0DCF5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8912E9" w:rsidRPr="00221470" w14:paraId="46480D2A" w14:textId="77777777" w:rsidTr="00BA3782">
        <w:tc>
          <w:tcPr>
            <w:tcW w:w="851" w:type="dxa"/>
          </w:tcPr>
          <w:p w14:paraId="3917063B" w14:textId="77777777" w:rsidR="008912E9" w:rsidRPr="00221470" w:rsidRDefault="008912E9" w:rsidP="008912E9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221470">
              <w:rPr>
                <w:rFonts w:ascii="TH SarabunPSK" w:hAnsi="TH SarabunPSK" w:cs="TH SarabunPSK"/>
                <w:szCs w:val="32"/>
              </w:rPr>
              <w:t>5</w:t>
            </w:r>
          </w:p>
        </w:tc>
        <w:tc>
          <w:tcPr>
            <w:tcW w:w="2972" w:type="dxa"/>
          </w:tcPr>
          <w:p w14:paraId="4356C6FF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68" w:type="dxa"/>
          </w:tcPr>
          <w:p w14:paraId="39FC8443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52" w:type="dxa"/>
          </w:tcPr>
          <w:p w14:paraId="276AC659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8912E9" w:rsidRPr="00221470" w14:paraId="3AD7577B" w14:textId="77777777" w:rsidTr="00BA3782">
        <w:tc>
          <w:tcPr>
            <w:tcW w:w="851" w:type="dxa"/>
          </w:tcPr>
          <w:p w14:paraId="552DCD03" w14:textId="77777777" w:rsidR="008912E9" w:rsidRPr="00221470" w:rsidRDefault="008912E9" w:rsidP="008912E9">
            <w:pPr>
              <w:jc w:val="center"/>
              <w:rPr>
                <w:rFonts w:ascii="TH SarabunPSK" w:hAnsi="TH SarabunPSK" w:cs="TH SarabunPSK"/>
                <w:szCs w:val="32"/>
              </w:rPr>
            </w:pPr>
            <w:r w:rsidRPr="00221470">
              <w:rPr>
                <w:rFonts w:ascii="TH SarabunPSK" w:hAnsi="TH SarabunPSK" w:cs="TH SarabunPSK"/>
                <w:szCs w:val="32"/>
              </w:rPr>
              <w:t>6</w:t>
            </w:r>
          </w:p>
        </w:tc>
        <w:tc>
          <w:tcPr>
            <w:tcW w:w="2972" w:type="dxa"/>
          </w:tcPr>
          <w:p w14:paraId="591ED43D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68" w:type="dxa"/>
          </w:tcPr>
          <w:p w14:paraId="2039ABDC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52" w:type="dxa"/>
          </w:tcPr>
          <w:p w14:paraId="5F82DFFA" w14:textId="77777777" w:rsidR="008912E9" w:rsidRPr="00221470" w:rsidRDefault="008912E9" w:rsidP="00FB7010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7243E578" w14:textId="77777777" w:rsidR="003177B5" w:rsidRPr="00221470" w:rsidRDefault="00AE0702" w:rsidP="008912E9">
      <w:pPr>
        <w:pStyle w:val="21"/>
        <w:rPr>
          <w:rFonts w:ascii="TH SarabunPSK" w:hAnsi="TH SarabunPSK" w:cs="TH SarabunPSK"/>
          <w:sz w:val="32"/>
          <w:szCs w:val="32"/>
        </w:rPr>
      </w:pP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อาจารย์ที่ปรึกษาประจำทีม (</w:t>
      </w:r>
      <w:r w:rsidRPr="00221470">
        <w:rPr>
          <w:rFonts w:ascii="TH SarabunPSK" w:hAnsi="TH SarabunPSK" w:cs="TH SarabunPSK"/>
          <w:sz w:val="32"/>
          <w:szCs w:val="32"/>
        </w:rPr>
        <w:t xml:space="preserve">1 </w:t>
      </w: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คน)</w:t>
      </w:r>
    </w:p>
    <w:p w14:paraId="31C719FE" w14:textId="77777777" w:rsidR="003177B5" w:rsidRPr="00221470" w:rsidRDefault="00AE0702" w:rsidP="00FB7010">
      <w:pPr>
        <w:spacing w:after="0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ชื่อ-สกุล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</w:t>
      </w:r>
    </w:p>
    <w:p w14:paraId="3E3CE03E" w14:textId="77777777" w:rsidR="003177B5" w:rsidRPr="00221470" w:rsidRDefault="00AE0702" w:rsidP="00FB7010">
      <w:pPr>
        <w:spacing w:after="0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ตำแหน่ง/หน่วยงาน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</w:t>
      </w:r>
    </w:p>
    <w:p w14:paraId="4073827D" w14:textId="77777777" w:rsidR="003177B5" w:rsidRPr="00221470" w:rsidRDefault="00AE0702" w:rsidP="00FB7010">
      <w:pPr>
        <w:spacing w:after="0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โทรศัพท์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</w:t>
      </w:r>
    </w:p>
    <w:p w14:paraId="379AA0FE" w14:textId="77777777" w:rsidR="007438E7" w:rsidRPr="00221470" w:rsidRDefault="007438E7" w:rsidP="00FB7010">
      <w:pPr>
        <w:spacing w:after="0"/>
        <w:ind w:left="720"/>
        <w:rPr>
          <w:rFonts w:ascii="TH SarabunPSK" w:hAnsi="TH SarabunPSK" w:cs="TH SarabunPSK"/>
          <w:szCs w:val="32"/>
        </w:rPr>
      </w:pPr>
    </w:p>
    <w:p w14:paraId="3D327C6E" w14:textId="77777777" w:rsidR="007438E7" w:rsidRPr="00221470" w:rsidRDefault="007438E7" w:rsidP="00FB7010">
      <w:pPr>
        <w:spacing w:after="0"/>
        <w:ind w:left="720"/>
        <w:rPr>
          <w:rFonts w:ascii="TH SarabunPSK" w:hAnsi="TH SarabunPSK" w:cs="TH SarabunPSK"/>
          <w:szCs w:val="32"/>
        </w:rPr>
      </w:pPr>
    </w:p>
    <w:p w14:paraId="06C2CBA1" w14:textId="11EF3B1E" w:rsidR="003177B5" w:rsidRPr="00221470" w:rsidRDefault="00AE0702" w:rsidP="008912E9">
      <w:pPr>
        <w:pStyle w:val="1"/>
        <w:spacing w:before="0" w:line="240" w:lineRule="auto"/>
        <w:rPr>
          <w:rFonts w:ascii="TH SarabunPSK" w:hAnsi="TH SarabunPSK" w:cs="TH SarabunPSK"/>
          <w:sz w:val="32"/>
          <w:szCs w:val="32"/>
        </w:rPr>
      </w:pP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ส่วนที่</w:t>
      </w:r>
      <w:r w:rsidRPr="00221470">
        <w:rPr>
          <w:rFonts w:ascii="TH SarabunPSK" w:hAnsi="TH SarabunPSK" w:cs="TH SarabunPSK"/>
          <w:sz w:val="32"/>
          <w:szCs w:val="32"/>
        </w:rPr>
        <w:t xml:space="preserve"> 2 </w:t>
      </w: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ข้อมูลภาพรวมเกม (</w:t>
      </w:r>
      <w:r w:rsidRPr="00221470">
        <w:rPr>
          <w:rFonts w:ascii="TH SarabunPSK" w:hAnsi="TH SarabunPSK" w:cs="TH SarabunPSK"/>
          <w:sz w:val="32"/>
          <w:szCs w:val="32"/>
        </w:rPr>
        <w:t>Game Overview</w:t>
      </w: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14:paraId="76658D53" w14:textId="77777777" w:rsidR="00ED4830" w:rsidRPr="00221470" w:rsidRDefault="00ED4830" w:rsidP="00ED4830">
      <w:pPr>
        <w:spacing w:after="0" w:line="240" w:lineRule="auto"/>
        <w:rPr>
          <w:rFonts w:ascii="TH SarabunPSK" w:hAnsi="TH SarabunPSK" w:cs="TH SarabunPSK"/>
          <w:szCs w:val="32"/>
        </w:rPr>
      </w:pPr>
    </w:p>
    <w:p w14:paraId="7A0AA458" w14:textId="77777777" w:rsidR="003177B5" w:rsidRPr="00221470" w:rsidRDefault="00AE0702" w:rsidP="00ED483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szCs w:val="32"/>
        </w:rPr>
        <w:t>1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. ชื่อเกม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</w:t>
      </w:r>
    </w:p>
    <w:p w14:paraId="054FC167" w14:textId="2A875D9C" w:rsidR="003177B5" w:rsidRPr="00221470" w:rsidRDefault="00AE0702" w:rsidP="00ED483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szCs w:val="32"/>
        </w:rPr>
        <w:t>2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. แนวคิดหรือประเด็นหลักของเกม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</w:t>
      </w:r>
      <w:r w:rsidR="00ED4830" w:rsidRPr="00221470">
        <w:rPr>
          <w:rFonts w:ascii="TH SarabunPSK" w:hAnsi="TH SarabunPSK" w:cs="TH SarabunPSK"/>
          <w:szCs w:val="32"/>
          <w:cs/>
          <w:lang w:bidi="th-TH"/>
        </w:rPr>
        <w:t>.............................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</w:t>
      </w:r>
      <w:r w:rsidR="00ED4830"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</w:t>
      </w:r>
    </w:p>
    <w:p w14:paraId="6D402F9B" w14:textId="77777777" w:rsidR="00ED4830" w:rsidRPr="00221470" w:rsidRDefault="00ED4830" w:rsidP="00ED483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</w:t>
      </w:r>
      <w:bookmarkStart w:id="0" w:name="_GoBack"/>
      <w:bookmarkEnd w:id="0"/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</w:t>
      </w:r>
    </w:p>
    <w:p w14:paraId="65F65B0F" w14:textId="77777777" w:rsidR="00ED4830" w:rsidRPr="00221470" w:rsidRDefault="00ED4830" w:rsidP="00ED483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1DBADC94" w14:textId="77777777" w:rsidR="00ED4830" w:rsidRPr="00221470" w:rsidRDefault="00ED4830" w:rsidP="00ED483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24ACD376" w14:textId="77777777" w:rsidR="00ED4830" w:rsidRPr="00221470" w:rsidRDefault="00ED4830" w:rsidP="00ED483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2DF68135" w14:textId="77777777" w:rsidR="003177B5" w:rsidRPr="00221470" w:rsidRDefault="00AE0702" w:rsidP="00ED4830">
      <w:pPr>
        <w:spacing w:after="0"/>
        <w:rPr>
          <w:rFonts w:ascii="TH SarabunPSK" w:hAnsi="TH SarabunPSK" w:cs="TH SarabunPSK"/>
          <w:b/>
          <w:bCs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</w:rPr>
        <w:t>3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. กลุ่มเป้าหมายหลัก (เลือก</w:t>
      </w:r>
      <w:r w:rsidRPr="00221470">
        <w:rPr>
          <w:rFonts w:ascii="TH SarabunPSK" w:hAnsi="TH SarabunPSK" w:cs="TH SarabunPSK"/>
          <w:b/>
          <w:bCs/>
          <w:szCs w:val="32"/>
        </w:rPr>
        <w:t xml:space="preserve"> 1 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กลุ่ม)</w:t>
      </w:r>
    </w:p>
    <w:p w14:paraId="64C7ACBD" w14:textId="71E71EEB" w:rsidR="003177B5" w:rsidRPr="00221470" w:rsidRDefault="00221470" w:rsidP="00221470">
      <w:pPr>
        <w:spacing w:after="0" w:line="240" w:lineRule="auto"/>
        <w:ind w:firstLine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</w:t>
      </w:r>
      <w:r w:rsidR="00AE0702" w:rsidRPr="00221470">
        <w:rPr>
          <w:rFonts w:ascii="TH SarabunPSK" w:hAnsi="TH SarabunPSK" w:cs="TH SarabunPSK"/>
          <w:szCs w:val="32"/>
          <w:cs/>
          <w:lang w:bidi="th-TH"/>
        </w:rPr>
        <w:t xml:space="preserve"> นักเรียนระดับประถมศึกษา</w:t>
      </w:r>
    </w:p>
    <w:p w14:paraId="5B3AAA5F" w14:textId="474578F0" w:rsidR="003177B5" w:rsidRPr="00221470" w:rsidRDefault="00221470" w:rsidP="00ED4830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</w:t>
      </w:r>
      <w:r w:rsidR="00AE0702" w:rsidRPr="00221470">
        <w:rPr>
          <w:rFonts w:ascii="TH SarabunPSK" w:hAnsi="TH SarabunPSK" w:cs="TH SarabunPSK"/>
          <w:szCs w:val="32"/>
          <w:cs/>
          <w:lang w:bidi="th-TH"/>
        </w:rPr>
        <w:t>นักเรียนระดับมัธยมศึกษาตอนต้น</w:t>
      </w:r>
    </w:p>
    <w:p w14:paraId="74A6E4F0" w14:textId="6C42F482" w:rsidR="003177B5" w:rsidRPr="00221470" w:rsidRDefault="00221470" w:rsidP="00ED4830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</w:t>
      </w:r>
      <w:r w:rsidR="00AE0702" w:rsidRPr="00221470">
        <w:rPr>
          <w:rFonts w:ascii="TH SarabunPSK" w:hAnsi="TH SarabunPSK" w:cs="TH SarabunPSK"/>
          <w:szCs w:val="32"/>
          <w:cs/>
          <w:lang w:bidi="th-TH"/>
        </w:rPr>
        <w:t>นักเรียนระดับมัธยมศึกษาตอนปลาย</w:t>
      </w:r>
    </w:p>
    <w:p w14:paraId="41A9B0A4" w14:textId="2929F627" w:rsidR="003177B5" w:rsidRPr="00221470" w:rsidRDefault="00221470" w:rsidP="00ED4830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</w:t>
      </w:r>
      <w:r w:rsidR="00AE0702" w:rsidRPr="00221470">
        <w:rPr>
          <w:rFonts w:ascii="TH SarabunPSK" w:hAnsi="TH SarabunPSK" w:cs="TH SarabunPSK"/>
          <w:szCs w:val="32"/>
          <w:cs/>
          <w:lang w:bidi="th-TH"/>
        </w:rPr>
        <w:t>นักศึกษาอาชีวศึกษา</w:t>
      </w:r>
    </w:p>
    <w:p w14:paraId="25EA5B52" w14:textId="6B3A3063" w:rsidR="003177B5" w:rsidRPr="00221470" w:rsidRDefault="00221470" w:rsidP="00ED4830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</w:t>
      </w:r>
      <w:r w:rsidR="00AE0702" w:rsidRPr="00221470">
        <w:rPr>
          <w:rFonts w:ascii="TH SarabunPSK" w:hAnsi="TH SarabunPSK" w:cs="TH SarabunPSK"/>
          <w:szCs w:val="32"/>
          <w:cs/>
          <w:lang w:bidi="th-TH"/>
        </w:rPr>
        <w:t>นักศึกษาระดับอุดมศึกษา</w:t>
      </w:r>
    </w:p>
    <w:p w14:paraId="2ABE272A" w14:textId="22B3EA8F" w:rsidR="003177B5" w:rsidRPr="00221470" w:rsidRDefault="00221470" w:rsidP="00ED4830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</w:t>
      </w:r>
      <w:r w:rsidR="00AE0702" w:rsidRPr="00221470">
        <w:rPr>
          <w:rFonts w:ascii="TH SarabunPSK" w:hAnsi="TH SarabunPSK" w:cs="TH SarabunPSK"/>
          <w:szCs w:val="32"/>
          <w:cs/>
          <w:lang w:bidi="th-TH"/>
        </w:rPr>
        <w:t>ประชาชนทั่วไป</w:t>
      </w:r>
    </w:p>
    <w:p w14:paraId="5BF14FF2" w14:textId="4E5B6163" w:rsidR="003177B5" w:rsidRPr="00221470" w:rsidRDefault="00221470" w:rsidP="00ED4830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</w:t>
      </w:r>
      <w:r w:rsidR="00AE0702" w:rsidRPr="00221470">
        <w:rPr>
          <w:rFonts w:ascii="TH SarabunPSK" w:hAnsi="TH SarabunPSK" w:cs="TH SarabunPSK"/>
          <w:szCs w:val="32"/>
          <w:cs/>
          <w:lang w:bidi="th-TH"/>
        </w:rPr>
        <w:t>กลุ่มเฉพาะอื่น ๆ โปรดระบุ ................................................</w:t>
      </w:r>
      <w:r w:rsidR="007438E7" w:rsidRPr="00221470">
        <w:rPr>
          <w:rFonts w:ascii="TH SarabunPSK" w:hAnsi="TH SarabunPSK" w:cs="TH SarabunPSK"/>
          <w:szCs w:val="32"/>
        </w:rPr>
        <w:tab/>
      </w:r>
      <w:r w:rsidR="007438E7" w:rsidRPr="00221470">
        <w:rPr>
          <w:rFonts w:ascii="TH SarabunPSK" w:hAnsi="TH SarabunPSK" w:cs="TH SarabunPSK"/>
          <w:szCs w:val="32"/>
        </w:rPr>
        <w:tab/>
      </w:r>
      <w:r w:rsidR="007438E7" w:rsidRPr="00221470">
        <w:rPr>
          <w:rFonts w:ascii="TH SarabunPSK" w:hAnsi="TH SarabunPSK" w:cs="TH SarabunPSK"/>
          <w:szCs w:val="32"/>
        </w:rPr>
        <w:tab/>
      </w:r>
      <w:r w:rsidR="007438E7" w:rsidRPr="00221470">
        <w:rPr>
          <w:rFonts w:ascii="TH SarabunPSK" w:hAnsi="TH SarabunPSK" w:cs="TH SarabunPSK"/>
          <w:szCs w:val="32"/>
        </w:rPr>
        <w:tab/>
      </w:r>
    </w:p>
    <w:p w14:paraId="5394E103" w14:textId="77777777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szCs w:val="32"/>
        </w:rPr>
        <w:t>4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. จำนวนผู้เล่น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</w:t>
      </w:r>
    </w:p>
    <w:p w14:paraId="118911B9" w14:textId="77777777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szCs w:val="32"/>
        </w:rPr>
        <w:t>5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. ระยะเวลาการเล่น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</w:t>
      </w:r>
    </w:p>
    <w:p w14:paraId="1865C01F" w14:textId="77777777" w:rsidR="00ED4830" w:rsidRPr="00221470" w:rsidRDefault="00AE0702" w:rsidP="00FB7010">
      <w:pPr>
        <w:spacing w:after="0"/>
        <w:rPr>
          <w:rFonts w:ascii="TH SarabunPSK" w:hAnsi="TH SarabunPSK" w:cs="TH SarabunPSK"/>
          <w:b/>
          <w:szCs w:val="32"/>
        </w:rPr>
      </w:pPr>
      <w:r w:rsidRPr="00221470">
        <w:rPr>
          <w:rFonts w:ascii="TH SarabunPSK" w:hAnsi="TH SarabunPSK" w:cs="TH SarabunPSK"/>
          <w:b/>
          <w:szCs w:val="32"/>
        </w:rPr>
        <w:t>6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. วัตถุประสงค์และเป้าหมายของเกม </w:t>
      </w:r>
    </w:p>
    <w:p w14:paraId="4B3660F1" w14:textId="77777777" w:rsidR="00ED4830" w:rsidRPr="00221470" w:rsidRDefault="00ED4830" w:rsidP="00ED483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0031E87A" w14:textId="77777777" w:rsidR="00ED4830" w:rsidRPr="00221470" w:rsidRDefault="00ED4830" w:rsidP="00ED483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15B04B84" w14:textId="77777777" w:rsidR="00ED4830" w:rsidRPr="00221470" w:rsidRDefault="00ED4830" w:rsidP="00ED483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274DCD77" w14:textId="77777777" w:rsidR="00ED4830" w:rsidRPr="00221470" w:rsidRDefault="00ED4830" w:rsidP="00ED483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4B9BDA31" w14:textId="77777777" w:rsidR="00221470" w:rsidRDefault="00ED4830" w:rsidP="00ED4830">
      <w:pPr>
        <w:spacing w:after="0"/>
        <w:rPr>
          <w:rFonts w:ascii="TH SarabunPSK" w:hAnsi="TH SarabunPSK" w:cs="TH SarabunPSK"/>
          <w:szCs w:val="32"/>
          <w:lang w:bidi="th-TH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</w:t>
      </w:r>
    </w:p>
    <w:p w14:paraId="0350C4EB" w14:textId="77777777" w:rsidR="00221470" w:rsidRDefault="00221470" w:rsidP="00ED4830">
      <w:pPr>
        <w:spacing w:after="0"/>
        <w:rPr>
          <w:rFonts w:ascii="TH SarabunPSK" w:hAnsi="TH SarabunPSK" w:cs="TH SarabunPSK"/>
          <w:szCs w:val="32"/>
          <w:lang w:bidi="th-TH"/>
        </w:rPr>
      </w:pPr>
    </w:p>
    <w:p w14:paraId="10805039" w14:textId="77777777" w:rsidR="00221470" w:rsidRDefault="00221470" w:rsidP="00ED4830">
      <w:pPr>
        <w:spacing w:after="0"/>
        <w:rPr>
          <w:rFonts w:ascii="TH SarabunPSK" w:hAnsi="TH SarabunPSK" w:cs="TH SarabunPSK"/>
          <w:szCs w:val="32"/>
          <w:lang w:bidi="th-TH"/>
        </w:rPr>
      </w:pPr>
    </w:p>
    <w:p w14:paraId="7B019965" w14:textId="77777777" w:rsidR="00221470" w:rsidRDefault="00221470" w:rsidP="00ED4830">
      <w:pPr>
        <w:spacing w:after="0"/>
        <w:rPr>
          <w:rFonts w:ascii="TH SarabunPSK" w:hAnsi="TH SarabunPSK" w:cs="TH SarabunPSK"/>
          <w:szCs w:val="32"/>
          <w:lang w:bidi="th-TH"/>
        </w:rPr>
      </w:pPr>
    </w:p>
    <w:p w14:paraId="6ED00D26" w14:textId="25925CDF" w:rsidR="00ED4830" w:rsidRPr="00221470" w:rsidRDefault="00ED4830" w:rsidP="00ED483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</w:t>
      </w:r>
    </w:p>
    <w:p w14:paraId="6BC6F255" w14:textId="0EB838FE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szCs w:val="32"/>
        </w:rPr>
        <w:lastRenderedPageBreak/>
        <w:t>7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. แนวคิด จุดเด่น หรือแรงบันดาลใจในการออกแบบเกม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</w:t>
      </w:r>
    </w:p>
    <w:p w14:paraId="14457896" w14:textId="6B68D129" w:rsidR="00195080" w:rsidRPr="00221470" w:rsidRDefault="00AE0702" w:rsidP="0019508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</w:t>
      </w:r>
      <w:r w:rsidR="00567A3A" w:rsidRPr="00221470">
        <w:rPr>
          <w:rFonts w:ascii="TH SarabunPSK" w:hAnsi="TH SarabunPSK" w:cs="TH SarabunPSK"/>
          <w:szCs w:val="32"/>
          <w:cs/>
          <w:lang w:bidi="th-TH"/>
        </w:rPr>
        <w:t>.................</w:t>
      </w:r>
      <w:r w:rsidR="004C1B82" w:rsidRPr="00221470">
        <w:rPr>
          <w:rFonts w:ascii="TH SarabunPSK" w:hAnsi="TH SarabunPSK" w:cs="TH SarabunPSK"/>
          <w:szCs w:val="32"/>
          <w:cs/>
          <w:lang w:bidi="th-TH"/>
        </w:rPr>
        <w:t>...............................</w:t>
      </w:r>
      <w:r w:rsidR="00224970" w:rsidRPr="00221470">
        <w:rPr>
          <w:rFonts w:ascii="TH SarabunPSK" w:hAnsi="TH SarabunPSK" w:cs="TH SarabunPSK"/>
          <w:szCs w:val="32"/>
          <w:cs/>
          <w:lang w:bidi="th-TH"/>
        </w:rPr>
        <w:t>................................</w:t>
      </w:r>
      <w:r w:rsidR="00EE2B2A" w:rsidRPr="00221470">
        <w:rPr>
          <w:rFonts w:ascii="TH SarabunPSK" w:hAnsi="TH SarabunPSK" w:cs="TH SarabunPSK"/>
          <w:szCs w:val="32"/>
          <w:cs/>
          <w:lang w:bidi="th-TH"/>
        </w:rPr>
        <w:t>..........................</w:t>
      </w:r>
      <w:r w:rsidR="00E011C5" w:rsidRPr="00221470">
        <w:rPr>
          <w:rFonts w:ascii="TH SarabunPSK" w:hAnsi="TH SarabunPSK" w:cs="TH SarabunPSK"/>
          <w:szCs w:val="32"/>
          <w:cs/>
          <w:lang w:bidi="th-TH"/>
        </w:rPr>
        <w:t>..</w:t>
      </w:r>
      <w:r w:rsidR="002D016B" w:rsidRPr="00221470">
        <w:rPr>
          <w:rFonts w:ascii="TH SarabunPSK" w:hAnsi="TH SarabunPSK" w:cs="TH SarabunPSK"/>
          <w:szCs w:val="32"/>
          <w:cs/>
          <w:lang w:bidi="th-TH"/>
        </w:rPr>
        <w:t>.</w:t>
      </w:r>
      <w:r w:rsidR="00D412E1" w:rsidRPr="00221470">
        <w:rPr>
          <w:rFonts w:ascii="TH SarabunPSK" w:hAnsi="TH SarabunPSK" w:cs="TH SarabunPSK"/>
          <w:szCs w:val="32"/>
          <w:cs/>
          <w:lang w:bidi="th-TH"/>
        </w:rPr>
        <w:t>.................</w:t>
      </w:r>
      <w:r w:rsidR="003E2956" w:rsidRPr="00221470">
        <w:rPr>
          <w:rFonts w:ascii="TH SarabunPSK" w:hAnsi="TH SarabunPSK" w:cs="TH SarabunPSK"/>
          <w:szCs w:val="32"/>
          <w:cs/>
          <w:lang w:bidi="th-TH"/>
        </w:rPr>
        <w:t>................................</w:t>
      </w:r>
      <w:r w:rsidR="00F558C4" w:rsidRPr="00221470">
        <w:rPr>
          <w:rFonts w:ascii="TH SarabunPSK" w:hAnsi="TH SarabunPSK" w:cs="TH SarabunPSK"/>
          <w:szCs w:val="32"/>
          <w:cs/>
          <w:lang w:bidi="th-TH"/>
        </w:rPr>
        <w:t>...................</w:t>
      </w:r>
      <w:r w:rsidR="00D65658" w:rsidRPr="00221470">
        <w:rPr>
          <w:rFonts w:ascii="TH SarabunPSK" w:hAnsi="TH SarabunPSK" w:cs="TH SarabunPSK"/>
          <w:szCs w:val="32"/>
          <w:cs/>
          <w:lang w:bidi="th-TH"/>
        </w:rPr>
        <w:t>....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</w:t>
      </w:r>
      <w:r w:rsidR="00195080" w:rsidRPr="00221470">
        <w:rPr>
          <w:rFonts w:ascii="TH SarabunPSK" w:hAnsi="TH SarabunPSK" w:cs="TH SarabunPSK"/>
          <w:szCs w:val="32"/>
          <w:cs/>
          <w:lang w:bidi="th-TH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D41CAF" w14:textId="3F78D173" w:rsidR="003177B5" w:rsidRPr="00221470" w:rsidRDefault="002C6D0A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5D506D" w14:textId="3411C133" w:rsidR="003177B5" w:rsidRPr="00221470" w:rsidRDefault="00AE0702" w:rsidP="00FB7010">
      <w:pPr>
        <w:pStyle w:val="1"/>
        <w:rPr>
          <w:rFonts w:ascii="TH SarabunPSK" w:hAnsi="TH SarabunPSK" w:cs="TH SarabunPSK"/>
          <w:sz w:val="32"/>
          <w:szCs w:val="32"/>
        </w:rPr>
      </w:pP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ส่วนที่</w:t>
      </w:r>
      <w:r w:rsidRPr="00221470">
        <w:rPr>
          <w:rFonts w:ascii="TH SarabunPSK" w:hAnsi="TH SarabunPSK" w:cs="TH SarabunPSK"/>
          <w:sz w:val="32"/>
          <w:szCs w:val="32"/>
        </w:rPr>
        <w:t xml:space="preserve"> 3 Student</w:t>
      </w: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-</w:t>
      </w:r>
      <w:r w:rsidRPr="00221470">
        <w:rPr>
          <w:rFonts w:ascii="TH SarabunPSK" w:hAnsi="TH SarabunPSK" w:cs="TH SarabunPSK"/>
          <w:sz w:val="32"/>
          <w:szCs w:val="32"/>
        </w:rPr>
        <w:t xml:space="preserve">Based Outcomes </w:t>
      </w: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221470">
        <w:rPr>
          <w:rFonts w:ascii="TH SarabunPSK" w:hAnsi="TH SarabunPSK" w:cs="TH SarabunPSK"/>
          <w:sz w:val="32"/>
          <w:szCs w:val="32"/>
        </w:rPr>
        <w:t>SBO</w:t>
      </w: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) และผลลัพธ์การเรียนรู้</w:t>
      </w:r>
    </w:p>
    <w:p w14:paraId="15E319D3" w14:textId="77777777" w:rsidR="003177B5" w:rsidRPr="00221470" w:rsidRDefault="00AE0702" w:rsidP="00FB7010">
      <w:pPr>
        <w:spacing w:after="0"/>
        <w:rPr>
          <w:rFonts w:ascii="TH SarabunPSK" w:hAnsi="TH SarabunPSK" w:cs="TH SarabunPSK"/>
          <w:b/>
          <w:bCs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เลือก</w:t>
      </w:r>
      <w:r w:rsidRPr="00221470">
        <w:rPr>
          <w:rFonts w:ascii="TH SarabunPSK" w:hAnsi="TH SarabunPSK" w:cs="TH SarabunPSK"/>
          <w:b/>
          <w:bCs/>
          <w:szCs w:val="32"/>
        </w:rPr>
        <w:t xml:space="preserve"> SBO 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หลัก</w:t>
      </w:r>
      <w:r w:rsidRPr="00221470">
        <w:rPr>
          <w:rFonts w:ascii="TH SarabunPSK" w:hAnsi="TH SarabunPSK" w:cs="TH SarabunPSK"/>
          <w:b/>
          <w:bCs/>
          <w:szCs w:val="32"/>
        </w:rPr>
        <w:t xml:space="preserve"> 1 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ด้านจาก</w:t>
      </w:r>
      <w:r w:rsidRPr="00221470">
        <w:rPr>
          <w:rFonts w:ascii="TH SarabunPSK" w:hAnsi="TH SarabunPSK" w:cs="TH SarabunPSK"/>
          <w:b/>
          <w:bCs/>
          <w:szCs w:val="32"/>
        </w:rPr>
        <w:t xml:space="preserve"> 12 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ด้านตามระเบียบการแข่งขัน</w:t>
      </w:r>
    </w:p>
    <w:p w14:paraId="44627E48" w14:textId="77777777" w:rsidR="003177B5" w:rsidRPr="00221470" w:rsidRDefault="00AE0702" w:rsidP="00116524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1</w:t>
      </w:r>
      <w:r w:rsidRPr="00221470">
        <w:rPr>
          <w:rFonts w:ascii="TH SarabunPSK" w:hAnsi="TH SarabunPSK" w:cs="TH SarabunPSK"/>
          <w:szCs w:val="32"/>
          <w:cs/>
          <w:lang w:bidi="th-TH"/>
        </w:rPr>
        <w:t>) แยกแยะข้อเท็จจริง (</w:t>
      </w:r>
      <w:r w:rsidRPr="00221470">
        <w:rPr>
          <w:rFonts w:ascii="TH SarabunPSK" w:hAnsi="TH SarabunPSK" w:cs="TH SarabunPSK"/>
          <w:szCs w:val="32"/>
        </w:rPr>
        <w:t>Fact</w:t>
      </w:r>
      <w:r w:rsidRPr="00221470">
        <w:rPr>
          <w:rFonts w:ascii="TH SarabunPSK" w:hAnsi="TH SarabunPSK" w:cs="TH SarabunPSK"/>
          <w:szCs w:val="32"/>
          <w:cs/>
          <w:lang w:bidi="th-TH"/>
        </w:rPr>
        <w:t>) ออกจากอารมณ์ความรู้สึก (</w:t>
      </w:r>
      <w:r w:rsidRPr="00221470">
        <w:rPr>
          <w:rFonts w:ascii="TH SarabunPSK" w:hAnsi="TH SarabunPSK" w:cs="TH SarabunPSK"/>
          <w:szCs w:val="32"/>
        </w:rPr>
        <w:t>Feeling</w:t>
      </w:r>
      <w:r w:rsidRPr="00221470">
        <w:rPr>
          <w:rFonts w:ascii="TH SarabunPSK" w:hAnsi="TH SarabunPSK" w:cs="TH SarabunPSK"/>
          <w:szCs w:val="32"/>
          <w:cs/>
          <w:lang w:bidi="th-TH"/>
        </w:rPr>
        <w:t>) และใช้ข้อเท็จจริงในการตัดสินใจ</w:t>
      </w:r>
    </w:p>
    <w:p w14:paraId="119366B4" w14:textId="77777777" w:rsidR="003177B5" w:rsidRPr="00221470" w:rsidRDefault="00AE0702" w:rsidP="00116524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2</w:t>
      </w:r>
      <w:r w:rsidRPr="00221470">
        <w:rPr>
          <w:rFonts w:ascii="TH SarabunPSK" w:hAnsi="TH SarabunPSK" w:cs="TH SarabunPSK"/>
          <w:szCs w:val="32"/>
          <w:cs/>
          <w:lang w:bidi="th-TH"/>
        </w:rPr>
        <w:t>) มีกรอบความคิดที่เติบโต (</w:t>
      </w:r>
      <w:r w:rsidRPr="00221470">
        <w:rPr>
          <w:rFonts w:ascii="TH SarabunPSK" w:hAnsi="TH SarabunPSK" w:cs="TH SarabunPSK"/>
          <w:szCs w:val="32"/>
        </w:rPr>
        <w:t>Growth mindset</w:t>
      </w:r>
      <w:r w:rsidRPr="00221470">
        <w:rPr>
          <w:rFonts w:ascii="TH SarabunPSK" w:hAnsi="TH SarabunPSK" w:cs="TH SarabunPSK"/>
          <w:szCs w:val="32"/>
          <w:cs/>
          <w:lang w:bidi="th-TH"/>
        </w:rPr>
        <w:t>) เห็นปัญหาเป็นสิ่งท้าทาย</w:t>
      </w:r>
    </w:p>
    <w:p w14:paraId="5ED7B2FF" w14:textId="77777777" w:rsidR="003177B5" w:rsidRPr="00221470" w:rsidRDefault="00AE0702" w:rsidP="00116524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3</w:t>
      </w:r>
      <w:r w:rsidRPr="00221470">
        <w:rPr>
          <w:rFonts w:ascii="TH SarabunPSK" w:hAnsi="TH SarabunPSK" w:cs="TH SarabunPSK"/>
          <w:szCs w:val="32"/>
          <w:cs/>
          <w:lang w:bidi="th-TH"/>
        </w:rPr>
        <w:t>) ยอมรับความเห็นต่างและหาจุดร่วมเพื่อการพัฒนา</w:t>
      </w:r>
    </w:p>
    <w:p w14:paraId="13FAD5E7" w14:textId="77777777" w:rsidR="003177B5" w:rsidRPr="00221470" w:rsidRDefault="00AE0702" w:rsidP="00116524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4</w:t>
      </w:r>
      <w:r w:rsidRPr="00221470">
        <w:rPr>
          <w:rFonts w:ascii="TH SarabunPSK" w:hAnsi="TH SarabunPSK" w:cs="TH SarabunPSK"/>
          <w:szCs w:val="32"/>
          <w:cs/>
          <w:lang w:bidi="th-TH"/>
        </w:rPr>
        <w:t>) สืบเสาะข้อเท็จจริงและเปิดรับข้อคิดเห็นเพิ่มเติม โดยยึดหลักเหตุ-ผล (</w:t>
      </w:r>
      <w:r w:rsidRPr="00221470">
        <w:rPr>
          <w:rFonts w:ascii="TH SarabunPSK" w:hAnsi="TH SarabunPSK" w:cs="TH SarabunPSK"/>
          <w:szCs w:val="32"/>
        </w:rPr>
        <w:t>Cause</w:t>
      </w:r>
      <w:r w:rsidRPr="00221470">
        <w:rPr>
          <w:rFonts w:ascii="TH SarabunPSK" w:hAnsi="TH SarabunPSK" w:cs="TH SarabunPSK"/>
          <w:szCs w:val="32"/>
          <w:cs/>
          <w:lang w:bidi="th-TH"/>
        </w:rPr>
        <w:t>-</w:t>
      </w:r>
      <w:r w:rsidRPr="00221470">
        <w:rPr>
          <w:rFonts w:ascii="TH SarabunPSK" w:hAnsi="TH SarabunPSK" w:cs="TH SarabunPSK"/>
          <w:szCs w:val="32"/>
        </w:rPr>
        <w:t>Effect</w:t>
      </w:r>
      <w:r w:rsidRPr="00221470">
        <w:rPr>
          <w:rFonts w:ascii="TH SarabunPSK" w:hAnsi="TH SarabunPSK" w:cs="TH SarabunPSK"/>
          <w:szCs w:val="32"/>
          <w:cs/>
          <w:lang w:bidi="th-TH"/>
        </w:rPr>
        <w:t>)</w:t>
      </w:r>
    </w:p>
    <w:p w14:paraId="18ECBCA9" w14:textId="77777777" w:rsidR="003177B5" w:rsidRPr="00221470" w:rsidRDefault="00AE0702" w:rsidP="00116524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5</w:t>
      </w:r>
      <w:r w:rsidRPr="00221470">
        <w:rPr>
          <w:rFonts w:ascii="TH SarabunPSK" w:hAnsi="TH SarabunPSK" w:cs="TH SarabunPSK"/>
          <w:szCs w:val="32"/>
          <w:cs/>
          <w:lang w:bidi="th-TH"/>
        </w:rPr>
        <w:t>) เข้าใจและเคารพวิถีชีวิตของเพื่อนร่วมงานและคนในชุมชน</w:t>
      </w:r>
    </w:p>
    <w:p w14:paraId="4D0E6CA5" w14:textId="77777777" w:rsidR="003177B5" w:rsidRPr="00221470" w:rsidRDefault="00AE0702" w:rsidP="00116524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6</w:t>
      </w:r>
      <w:r w:rsidRPr="00221470">
        <w:rPr>
          <w:rFonts w:ascii="TH SarabunPSK" w:hAnsi="TH SarabunPSK" w:cs="TH SarabunPSK"/>
          <w:szCs w:val="32"/>
          <w:cs/>
          <w:lang w:bidi="th-TH"/>
        </w:rPr>
        <w:t>) ตั้งคำถามอย่างสงสัยใคร่รู้เพื่อให้ได้ข้อมูลหลากหลายมิติ</w:t>
      </w:r>
    </w:p>
    <w:p w14:paraId="3D6ADA32" w14:textId="77777777" w:rsidR="003177B5" w:rsidRPr="00221470" w:rsidRDefault="00AE0702" w:rsidP="00116524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7</w:t>
      </w:r>
      <w:r w:rsidRPr="00221470">
        <w:rPr>
          <w:rFonts w:ascii="TH SarabunPSK" w:hAnsi="TH SarabunPSK" w:cs="TH SarabunPSK"/>
          <w:szCs w:val="32"/>
          <w:cs/>
          <w:lang w:bidi="th-TH"/>
        </w:rPr>
        <w:t>) วิเคราะห์และเปรียบเทียบข้อมูลเพื่อการพัฒนาได้อย่างน่าเชื่อถือ</w:t>
      </w:r>
    </w:p>
    <w:p w14:paraId="47418B5A" w14:textId="77777777" w:rsidR="003177B5" w:rsidRPr="00221470" w:rsidRDefault="00AE0702" w:rsidP="00116524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8</w:t>
      </w:r>
      <w:r w:rsidRPr="00221470">
        <w:rPr>
          <w:rFonts w:ascii="TH SarabunPSK" w:hAnsi="TH SarabunPSK" w:cs="TH SarabunPSK"/>
          <w:szCs w:val="32"/>
          <w:cs/>
          <w:lang w:bidi="th-TH"/>
        </w:rPr>
        <w:t>) เลือกเวลาและประเด็นการมีส่วนร่วมได้อย่างเหมาะสม</w:t>
      </w:r>
    </w:p>
    <w:p w14:paraId="388BD7B5" w14:textId="77777777" w:rsidR="003177B5" w:rsidRPr="00221470" w:rsidRDefault="00AE0702" w:rsidP="00116524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9</w:t>
      </w:r>
      <w:r w:rsidRPr="00221470">
        <w:rPr>
          <w:rFonts w:ascii="TH SarabunPSK" w:hAnsi="TH SarabunPSK" w:cs="TH SarabunPSK"/>
          <w:szCs w:val="32"/>
          <w:cs/>
          <w:lang w:bidi="th-TH"/>
        </w:rPr>
        <w:t>) เห็นคุณค่าอดีต เข้าใจปัจจุบัน เพื่อวางแผนอนาคต</w:t>
      </w:r>
    </w:p>
    <w:p w14:paraId="67DF16B0" w14:textId="77777777" w:rsidR="003177B5" w:rsidRPr="00221470" w:rsidRDefault="00AE0702" w:rsidP="00116524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10</w:t>
      </w:r>
      <w:r w:rsidRPr="00221470">
        <w:rPr>
          <w:rFonts w:ascii="TH SarabunPSK" w:hAnsi="TH SarabunPSK" w:cs="TH SarabunPSK"/>
          <w:szCs w:val="32"/>
          <w:cs/>
          <w:lang w:bidi="th-TH"/>
        </w:rPr>
        <w:t>) รู้จักทุกขั้นตอนอย่างถ่องแท้ เพื่อเลือกพัฒนาตามศักยภาพอย่างตรงเป้าหมาย</w:t>
      </w:r>
    </w:p>
    <w:p w14:paraId="74765944" w14:textId="77777777" w:rsidR="003177B5" w:rsidRPr="00221470" w:rsidRDefault="00AE0702" w:rsidP="00116524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11</w:t>
      </w:r>
      <w:r w:rsidRPr="00221470">
        <w:rPr>
          <w:rFonts w:ascii="TH SarabunPSK" w:hAnsi="TH SarabunPSK" w:cs="TH SarabunPSK"/>
          <w:szCs w:val="32"/>
          <w:cs/>
          <w:lang w:bidi="th-TH"/>
        </w:rPr>
        <w:t>) เลือกปรับปรุง ยกระดับ หรือสร้างเพิ่มกระบวนการได้อย่างเหมาะสม เพื่อเพิ่มผลลัพธ์ที่มีคุณค่า</w:t>
      </w:r>
    </w:p>
    <w:p w14:paraId="7B4B8527" w14:textId="77777777" w:rsidR="003177B5" w:rsidRPr="00221470" w:rsidRDefault="00AE0702" w:rsidP="00116524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12</w:t>
      </w:r>
      <w:r w:rsidRPr="00221470">
        <w:rPr>
          <w:rFonts w:ascii="TH SarabunPSK" w:hAnsi="TH SarabunPSK" w:cs="TH SarabunPSK"/>
          <w:szCs w:val="32"/>
          <w:cs/>
          <w:lang w:bidi="th-TH"/>
        </w:rPr>
        <w:t>) “ชวนเพื่อน จูงมือน้อง ขอร้องพี่” ร่วมใจพัฒนาอย่างเห็นคุณค่าบนหลักเหตุ-ผล</w:t>
      </w:r>
    </w:p>
    <w:p w14:paraId="432EAAF7" w14:textId="77777777" w:rsidR="00FA0E60" w:rsidRPr="00221470" w:rsidRDefault="00FA0E60" w:rsidP="00116524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</w:p>
    <w:p w14:paraId="0757B513" w14:textId="6A8ECCC4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ผลลัพธ์การเรียนรู้ (</w:t>
      </w:r>
      <w:r w:rsidRPr="00221470">
        <w:rPr>
          <w:rFonts w:ascii="TH SarabunPSK" w:hAnsi="TH SarabunPSK" w:cs="TH SarabunPSK"/>
          <w:b/>
          <w:szCs w:val="32"/>
        </w:rPr>
        <w:t>Learning Outcome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) ที่คาดหวัง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</w:t>
      </w:r>
    </w:p>
    <w:p w14:paraId="4C274982" w14:textId="7F35A03E" w:rsidR="003177B5" w:rsidRPr="00221470" w:rsidRDefault="00FA0E60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</w:t>
      </w:r>
      <w:r w:rsidR="00AE0702"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</w:t>
      </w:r>
      <w:r w:rsidR="00506940" w:rsidRPr="00221470">
        <w:rPr>
          <w:rFonts w:ascii="TH SarabunPSK" w:hAnsi="TH SarabunPSK" w:cs="TH SarabunPSK"/>
          <w:szCs w:val="32"/>
          <w:cs/>
          <w:lang w:bidi="th-TH"/>
        </w:rPr>
        <w:t>.................</w:t>
      </w:r>
      <w:r w:rsidR="005057C6" w:rsidRPr="00221470">
        <w:rPr>
          <w:rFonts w:ascii="TH SarabunPSK" w:hAnsi="TH SarabunPSK" w:cs="TH SarabunPSK"/>
          <w:szCs w:val="32"/>
          <w:cs/>
          <w:lang w:bidi="th-TH"/>
        </w:rPr>
        <w:t>...............................</w:t>
      </w:r>
      <w:r w:rsidR="00F4704C" w:rsidRPr="00221470">
        <w:rPr>
          <w:rFonts w:ascii="TH SarabunPSK" w:hAnsi="TH SarabunPSK" w:cs="TH SarabunPSK"/>
          <w:szCs w:val="32"/>
          <w:cs/>
          <w:lang w:bidi="th-TH"/>
        </w:rPr>
        <w:t>...............................</w:t>
      </w:r>
      <w:r w:rsidR="007213F1" w:rsidRPr="00221470">
        <w:rPr>
          <w:rFonts w:ascii="TH SarabunPSK" w:hAnsi="TH SarabunPSK" w:cs="TH SarabunPSK"/>
          <w:szCs w:val="32"/>
          <w:cs/>
          <w:lang w:bidi="th-TH"/>
        </w:rPr>
        <w:t>...............................</w:t>
      </w:r>
      <w:r w:rsidR="00DB443F" w:rsidRPr="00221470">
        <w:rPr>
          <w:rFonts w:ascii="TH SarabunPSK" w:hAnsi="TH SarabunPSK" w:cs="TH SarabunPSK"/>
          <w:szCs w:val="32"/>
          <w:cs/>
          <w:lang w:bidi="th-TH"/>
        </w:rPr>
        <w:t>........................</w:t>
      </w:r>
      <w:r w:rsidR="005F7083" w:rsidRPr="00221470">
        <w:rPr>
          <w:rFonts w:ascii="TH SarabunPSK" w:hAnsi="TH SarabunPSK" w:cs="TH SarabunPSK"/>
          <w:szCs w:val="32"/>
          <w:cs/>
          <w:lang w:bidi="th-TH"/>
        </w:rPr>
        <w:t>...</w:t>
      </w:r>
    </w:p>
    <w:p w14:paraId="1A3BD74C" w14:textId="3A23616A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lastRenderedPageBreak/>
        <w:t>กลไกเกม/การตัดสินใจของผู้เล่นที่สนับสนุน</w:t>
      </w:r>
      <w:r w:rsidRPr="00221470">
        <w:rPr>
          <w:rFonts w:ascii="TH SarabunPSK" w:hAnsi="TH SarabunPSK" w:cs="TH SarabunPSK"/>
          <w:b/>
          <w:szCs w:val="32"/>
        </w:rPr>
        <w:t xml:space="preserve"> Learning Outcome </w:t>
      </w:r>
      <w:r w:rsidR="007C0534" w:rsidRPr="00221470">
        <w:rPr>
          <w:rFonts w:ascii="TH SarabunPSK" w:hAnsi="TH SarabunPSK" w:cs="TH SarabunPSK"/>
          <w:szCs w:val="32"/>
          <w:cs/>
          <w:lang w:bidi="th-TH"/>
        </w:rPr>
        <w:t>..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</w:t>
      </w:r>
    </w:p>
    <w:p w14:paraId="04BF34A3" w14:textId="1A1F56CE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</w:t>
      </w:r>
      <w:r w:rsidR="00195657" w:rsidRPr="00221470">
        <w:rPr>
          <w:rFonts w:ascii="TH SarabunPSK" w:hAnsi="TH SarabunPSK" w:cs="TH SarabunPSK"/>
          <w:szCs w:val="32"/>
          <w:cs/>
          <w:lang w:bidi="th-TH"/>
        </w:rPr>
        <w:t>..................</w:t>
      </w:r>
      <w:r w:rsidR="003A501C" w:rsidRPr="00221470">
        <w:rPr>
          <w:rFonts w:ascii="TH SarabunPSK" w:hAnsi="TH SarabunPSK" w:cs="TH SarabunPSK"/>
          <w:szCs w:val="32"/>
          <w:cs/>
          <w:lang w:bidi="th-TH"/>
        </w:rPr>
        <w:t>...............................</w:t>
      </w:r>
      <w:r w:rsidR="00720C57" w:rsidRPr="00221470">
        <w:rPr>
          <w:rFonts w:ascii="TH SarabunPSK" w:hAnsi="TH SarabunPSK" w:cs="TH SarabunPSK"/>
          <w:szCs w:val="32"/>
          <w:cs/>
          <w:lang w:bidi="th-TH"/>
        </w:rPr>
        <w:t>...................</w:t>
      </w:r>
    </w:p>
    <w:p w14:paraId="36530345" w14:textId="0A6BEC97" w:rsidR="003177B5" w:rsidRPr="00221470" w:rsidRDefault="00FA0E60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</w:t>
      </w:r>
      <w:r w:rsidR="00705A69" w:rsidRPr="00221470">
        <w:rPr>
          <w:rFonts w:ascii="TH SarabunPSK" w:hAnsi="TH SarabunPSK" w:cs="TH SarabunPSK"/>
          <w:szCs w:val="32"/>
          <w:cs/>
          <w:lang w:bidi="th-TH"/>
        </w:rPr>
        <w:t>……………</w:t>
      </w:r>
      <w:r w:rsidR="00D61F63" w:rsidRPr="00221470">
        <w:rPr>
          <w:rFonts w:ascii="TH SarabunPSK" w:hAnsi="TH SarabunPSK" w:cs="TH SarabunPSK"/>
          <w:szCs w:val="32"/>
          <w:cs/>
          <w:lang w:bidi="th-TH"/>
        </w:rPr>
        <w:t>…………………………</w:t>
      </w:r>
      <w:r w:rsidR="00891507" w:rsidRPr="00221470">
        <w:rPr>
          <w:rFonts w:ascii="TH SarabunPSK" w:hAnsi="TH SarabunPSK" w:cs="TH SarabunPSK"/>
          <w:szCs w:val="32"/>
          <w:cs/>
          <w:lang w:bidi="th-TH"/>
        </w:rPr>
        <w:t>…………………</w:t>
      </w:r>
      <w:r w:rsidR="0036100D" w:rsidRPr="00221470">
        <w:rPr>
          <w:rFonts w:ascii="TH SarabunPSK" w:hAnsi="TH SarabunPSK" w:cs="TH SarabunPSK"/>
          <w:szCs w:val="32"/>
          <w:cs/>
          <w:lang w:bidi="th-TH"/>
        </w:rPr>
        <w:t>…</w:t>
      </w:r>
      <w:r w:rsidR="00AE0702"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</w:t>
      </w:r>
    </w:p>
    <w:p w14:paraId="29B12E6E" w14:textId="5E96107D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วิธีสังเกตหรือประเมินผลลัพธ์การเรียนรู้หลัง/ระหว่างเล่น </w:t>
      </w:r>
      <w:r w:rsidR="0004693F" w:rsidRPr="00221470">
        <w:rPr>
          <w:rFonts w:ascii="TH SarabunPSK" w:hAnsi="TH SarabunPSK" w:cs="TH SarabunPSK"/>
          <w:szCs w:val="32"/>
          <w:cs/>
          <w:lang w:bidi="th-TH"/>
        </w:rPr>
        <w:t>.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</w:t>
      </w:r>
    </w:p>
    <w:p w14:paraId="0D4F0CED" w14:textId="3BA1A0CD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</w:t>
      </w:r>
      <w:r w:rsidR="0002234F" w:rsidRPr="00221470">
        <w:rPr>
          <w:rFonts w:ascii="TH SarabunPSK" w:hAnsi="TH SarabunPSK" w:cs="TH SarabunPSK"/>
          <w:szCs w:val="32"/>
          <w:cs/>
          <w:lang w:bidi="th-TH"/>
        </w:rPr>
        <w:t>..................</w:t>
      </w:r>
      <w:r w:rsidR="00F9741C" w:rsidRPr="00221470">
        <w:rPr>
          <w:rFonts w:ascii="TH SarabunPSK" w:hAnsi="TH SarabunPSK" w:cs="TH SarabunPSK"/>
          <w:szCs w:val="32"/>
          <w:cs/>
          <w:lang w:bidi="th-TH"/>
        </w:rPr>
        <w:t>................................</w:t>
      </w:r>
      <w:r w:rsidR="00600636" w:rsidRPr="00221470">
        <w:rPr>
          <w:rFonts w:ascii="TH SarabunPSK" w:hAnsi="TH SarabunPSK" w:cs="TH SarabunPSK"/>
          <w:szCs w:val="32"/>
          <w:cs/>
          <w:lang w:bidi="th-TH"/>
        </w:rPr>
        <w:t>..................</w:t>
      </w:r>
    </w:p>
    <w:p w14:paraId="2CAFA735" w14:textId="3AE384A6" w:rsidR="003177B5" w:rsidRPr="00221470" w:rsidRDefault="00FA0E60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</w:t>
      </w:r>
      <w:r w:rsidR="00AE0702"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</w:t>
      </w:r>
      <w:r w:rsidR="00CD6D53" w:rsidRPr="00221470">
        <w:rPr>
          <w:rFonts w:ascii="TH SarabunPSK" w:hAnsi="TH SarabunPSK" w:cs="TH SarabunPSK"/>
          <w:szCs w:val="32"/>
          <w:cs/>
          <w:lang w:bidi="th-TH"/>
        </w:rPr>
        <w:t>.................</w:t>
      </w:r>
      <w:r w:rsidR="00C5676C" w:rsidRPr="00221470">
        <w:rPr>
          <w:rFonts w:ascii="TH SarabunPSK" w:hAnsi="TH SarabunPSK" w:cs="TH SarabunPSK"/>
          <w:szCs w:val="32"/>
          <w:cs/>
          <w:lang w:bidi="th-TH"/>
        </w:rPr>
        <w:t>................................</w:t>
      </w:r>
      <w:r w:rsidR="00EC2C07" w:rsidRPr="00221470">
        <w:rPr>
          <w:rFonts w:ascii="TH SarabunPSK" w:hAnsi="TH SarabunPSK" w:cs="TH SarabunPSK"/>
          <w:szCs w:val="32"/>
          <w:cs/>
          <w:lang w:bidi="th-TH"/>
        </w:rPr>
        <w:t>..................</w:t>
      </w:r>
      <w:r w:rsidR="005C1FF8" w:rsidRPr="00221470">
        <w:rPr>
          <w:rFonts w:ascii="TH SarabunPSK" w:hAnsi="TH SarabunPSK" w:cs="TH SarabunPSK"/>
          <w:szCs w:val="32"/>
          <w:cs/>
          <w:lang w:bidi="th-TH"/>
        </w:rPr>
        <w:t>.</w:t>
      </w:r>
    </w:p>
    <w:p w14:paraId="6588AE17" w14:textId="77777777" w:rsidR="00FA0E60" w:rsidRPr="00221470" w:rsidRDefault="00FA0E60" w:rsidP="00FB7010">
      <w:pPr>
        <w:spacing w:after="0"/>
        <w:rPr>
          <w:rFonts w:ascii="TH SarabunPSK" w:hAnsi="TH SarabunPSK" w:cs="TH SarabunPSK"/>
          <w:szCs w:val="32"/>
        </w:rPr>
      </w:pPr>
    </w:p>
    <w:p w14:paraId="4ED2010B" w14:textId="77777777" w:rsidR="00FA0E60" w:rsidRPr="00221470" w:rsidRDefault="00FA0E60" w:rsidP="00FB7010">
      <w:pPr>
        <w:spacing w:after="0"/>
        <w:rPr>
          <w:rFonts w:ascii="TH SarabunPSK" w:hAnsi="TH SarabunPSK" w:cs="TH SarabunPSK"/>
          <w:szCs w:val="32"/>
        </w:rPr>
      </w:pPr>
    </w:p>
    <w:p w14:paraId="4119245D" w14:textId="77777777" w:rsidR="00FA0E60" w:rsidRPr="00221470" w:rsidRDefault="00FA0E60" w:rsidP="00FB7010">
      <w:pPr>
        <w:spacing w:after="0"/>
        <w:rPr>
          <w:rFonts w:ascii="TH SarabunPSK" w:hAnsi="TH SarabunPSK" w:cs="TH SarabunPSK"/>
          <w:szCs w:val="32"/>
        </w:rPr>
      </w:pPr>
    </w:p>
    <w:p w14:paraId="69AE5E30" w14:textId="77777777" w:rsidR="003177B5" w:rsidRPr="00221470" w:rsidRDefault="00AE0702" w:rsidP="00FB7010">
      <w:pPr>
        <w:pStyle w:val="1"/>
        <w:rPr>
          <w:rFonts w:ascii="TH SarabunPSK" w:hAnsi="TH SarabunPSK" w:cs="TH SarabunPSK"/>
          <w:sz w:val="32"/>
          <w:szCs w:val="32"/>
        </w:rPr>
      </w:pP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ส่วนที่</w:t>
      </w:r>
      <w:r w:rsidRPr="00221470">
        <w:rPr>
          <w:rFonts w:ascii="TH SarabunPSK" w:hAnsi="TH SarabunPSK" w:cs="TH SarabunPSK"/>
          <w:sz w:val="32"/>
          <w:szCs w:val="32"/>
        </w:rPr>
        <w:t xml:space="preserve"> 4 </w:t>
      </w: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221470">
        <w:rPr>
          <w:rFonts w:ascii="TH SarabunPSK" w:hAnsi="TH SarabunPSK" w:cs="TH SarabunPSK"/>
          <w:sz w:val="32"/>
          <w:szCs w:val="32"/>
        </w:rPr>
        <w:t xml:space="preserve"> Prototype Alpha</w:t>
      </w:r>
    </w:p>
    <w:p w14:paraId="616051A5" w14:textId="2AA9874C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szCs w:val="32"/>
        </w:rPr>
        <w:t xml:space="preserve">Core Gameplay Loop 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/ วงจรหลักของการเล่น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</w:t>
      </w:r>
      <w:r w:rsidR="00171E20" w:rsidRPr="00221470">
        <w:rPr>
          <w:rFonts w:ascii="TH SarabunPSK" w:hAnsi="TH SarabunPSK" w:cs="TH SarabunPSK"/>
          <w:szCs w:val="32"/>
          <w:cs/>
          <w:lang w:bidi="th-TH"/>
        </w:rPr>
        <w:t>...</w:t>
      </w:r>
      <w:r w:rsidR="00FD54CB" w:rsidRPr="00221470">
        <w:rPr>
          <w:rFonts w:ascii="TH SarabunPSK" w:hAnsi="TH SarabunPSK" w:cs="TH SarabunPSK"/>
          <w:szCs w:val="32"/>
          <w:cs/>
          <w:lang w:bidi="th-TH"/>
        </w:rPr>
        <w:t>.</w:t>
      </w:r>
      <w:r w:rsidRPr="00221470">
        <w:rPr>
          <w:rFonts w:ascii="TH SarabunPSK" w:hAnsi="TH SarabunPSK" w:cs="TH SarabunPSK"/>
          <w:szCs w:val="32"/>
          <w:cs/>
          <w:lang w:bidi="th-TH"/>
        </w:rPr>
        <w:t>.....</w:t>
      </w:r>
    </w:p>
    <w:p w14:paraId="706F1BC9" w14:textId="77777777" w:rsidR="00267D53" w:rsidRPr="00221470" w:rsidRDefault="00267D53" w:rsidP="00267D53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200AFEB0" w14:textId="77777777" w:rsidR="001E3467" w:rsidRPr="00221470" w:rsidRDefault="001E3467" w:rsidP="001E3467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60D956DD" w14:textId="77777777" w:rsidR="001E3467" w:rsidRPr="00221470" w:rsidRDefault="001E3467" w:rsidP="001E3467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65DA0194" w14:textId="18B9D496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การเตรียมเกมโดยสังเขป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</w:t>
      </w:r>
      <w:r w:rsidR="00E76F7B" w:rsidRPr="00221470">
        <w:rPr>
          <w:rFonts w:ascii="TH SarabunPSK" w:hAnsi="TH SarabunPSK" w:cs="TH SarabunPSK"/>
          <w:szCs w:val="32"/>
          <w:cs/>
          <w:lang w:bidi="th-TH"/>
        </w:rPr>
        <w:t>.................</w:t>
      </w:r>
      <w:r w:rsidR="008C501B" w:rsidRPr="00221470">
        <w:rPr>
          <w:rFonts w:ascii="TH SarabunPSK" w:hAnsi="TH SarabunPSK" w:cs="TH SarabunPSK"/>
          <w:szCs w:val="32"/>
          <w:cs/>
          <w:lang w:bidi="th-TH"/>
        </w:rPr>
        <w:t>........................</w:t>
      </w:r>
      <w:r w:rsidR="00DF1F26" w:rsidRPr="00221470">
        <w:rPr>
          <w:rFonts w:ascii="TH SarabunPSK" w:hAnsi="TH SarabunPSK" w:cs="TH SarabunPSK"/>
          <w:szCs w:val="32"/>
          <w:cs/>
          <w:lang w:bidi="th-TH"/>
        </w:rPr>
        <w:t>....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</w:t>
      </w:r>
    </w:p>
    <w:p w14:paraId="49BBA582" w14:textId="77777777" w:rsidR="003578F0" w:rsidRPr="00221470" w:rsidRDefault="003578F0" w:rsidP="003578F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0CE64D95" w14:textId="77777777" w:rsidR="001E3467" w:rsidRPr="00221470" w:rsidRDefault="001E3467" w:rsidP="001E3467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3EC955A7" w14:textId="77777777" w:rsidR="003578F0" w:rsidRPr="00221470" w:rsidRDefault="003578F0" w:rsidP="003578F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596C9F51" w14:textId="1BF83872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ลำดับการเล่นโดยสังเขป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</w:t>
      </w:r>
      <w:r w:rsidR="001C762B" w:rsidRPr="00221470">
        <w:rPr>
          <w:rFonts w:ascii="TH SarabunPSK" w:hAnsi="TH SarabunPSK" w:cs="TH SarabunPSK"/>
          <w:szCs w:val="32"/>
          <w:cs/>
          <w:lang w:bidi="th-TH"/>
        </w:rPr>
        <w:t>..</w:t>
      </w:r>
      <w:r w:rsidR="000361F6" w:rsidRPr="00221470">
        <w:rPr>
          <w:rFonts w:ascii="TH SarabunPSK" w:hAnsi="TH SarabunPSK" w:cs="TH SarabunPSK"/>
          <w:szCs w:val="32"/>
          <w:cs/>
          <w:lang w:bidi="th-TH"/>
        </w:rPr>
        <w:t>...............................</w:t>
      </w:r>
      <w:r w:rsidR="00410D35" w:rsidRPr="00221470">
        <w:rPr>
          <w:rFonts w:ascii="TH SarabunPSK" w:hAnsi="TH SarabunPSK" w:cs="TH SarabunPSK"/>
          <w:szCs w:val="32"/>
          <w:cs/>
          <w:lang w:bidi="th-TH"/>
        </w:rPr>
        <w:t>............</w:t>
      </w:r>
      <w:r w:rsidR="00EA19F9" w:rsidRPr="00221470">
        <w:rPr>
          <w:rFonts w:ascii="TH SarabunPSK" w:hAnsi="TH SarabunPSK" w:cs="TH SarabunPSK"/>
          <w:szCs w:val="32"/>
          <w:cs/>
          <w:lang w:bidi="th-TH"/>
        </w:rPr>
        <w:t>.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</w:t>
      </w:r>
    </w:p>
    <w:p w14:paraId="1B7E2C5A" w14:textId="77777777" w:rsidR="00060AEF" w:rsidRPr="00221470" w:rsidRDefault="00060AEF" w:rsidP="00060AEF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7A3AF2D1" w14:textId="77777777" w:rsidR="001E3467" w:rsidRPr="00221470" w:rsidRDefault="001E3467" w:rsidP="001E3467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0A47E257" w14:textId="77777777" w:rsidR="00221470" w:rsidRDefault="00060AEF" w:rsidP="00060AEF">
      <w:pPr>
        <w:spacing w:after="0"/>
        <w:rPr>
          <w:rFonts w:ascii="TH SarabunPSK" w:hAnsi="TH SarabunPSK" w:cs="TH SarabunPSK"/>
          <w:szCs w:val="32"/>
          <w:lang w:bidi="th-TH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</w:t>
      </w:r>
    </w:p>
    <w:p w14:paraId="52783E87" w14:textId="083D4951" w:rsidR="00060AEF" w:rsidRPr="00221470" w:rsidRDefault="00060AEF" w:rsidP="00060AEF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</w:t>
      </w:r>
    </w:p>
    <w:p w14:paraId="091D4686" w14:textId="0E629EC2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lastRenderedPageBreak/>
        <w:t xml:space="preserve">เงื่อนไขสิ้นสุดเกม/ชนะ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</w:t>
      </w:r>
      <w:r w:rsidR="00022902" w:rsidRPr="00221470">
        <w:rPr>
          <w:rFonts w:ascii="TH SarabunPSK" w:hAnsi="TH SarabunPSK" w:cs="TH SarabunPSK"/>
          <w:szCs w:val="32"/>
          <w:cs/>
          <w:lang w:bidi="th-TH"/>
        </w:rPr>
        <w:t>..</w:t>
      </w:r>
      <w:r w:rsidR="00D22B2A" w:rsidRPr="00221470">
        <w:rPr>
          <w:rFonts w:ascii="TH SarabunPSK" w:hAnsi="TH SarabunPSK" w:cs="TH SarabunPSK"/>
          <w:szCs w:val="32"/>
          <w:cs/>
          <w:lang w:bidi="th-TH"/>
        </w:rPr>
        <w:t>................................</w:t>
      </w:r>
      <w:r w:rsidR="00D03D76" w:rsidRPr="00221470">
        <w:rPr>
          <w:rFonts w:ascii="TH SarabunPSK" w:hAnsi="TH SarabunPSK" w:cs="TH SarabunPSK"/>
          <w:szCs w:val="32"/>
          <w:cs/>
          <w:lang w:bidi="th-TH"/>
        </w:rPr>
        <w:t>..............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</w:t>
      </w:r>
    </w:p>
    <w:p w14:paraId="428223C7" w14:textId="77777777" w:rsidR="001E3467" w:rsidRPr="00221470" w:rsidRDefault="001E3467" w:rsidP="001E3467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43273A20" w14:textId="789FEB3F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</w:t>
      </w:r>
      <w:r w:rsidR="007027D8" w:rsidRPr="00221470">
        <w:rPr>
          <w:rFonts w:ascii="TH SarabunPSK" w:hAnsi="TH SarabunPSK" w:cs="TH SarabunPSK"/>
          <w:szCs w:val="32"/>
          <w:cs/>
          <w:lang w:bidi="th-TH"/>
        </w:rPr>
        <w:t>.................</w:t>
      </w:r>
      <w:r w:rsidR="00096FCF" w:rsidRPr="00221470">
        <w:rPr>
          <w:rFonts w:ascii="TH SarabunPSK" w:hAnsi="TH SarabunPSK" w:cs="TH SarabunPSK"/>
          <w:szCs w:val="32"/>
          <w:cs/>
          <w:lang w:bidi="th-TH"/>
        </w:rPr>
        <w:t>...............................</w:t>
      </w:r>
      <w:r w:rsidR="00AD2E88" w:rsidRPr="00221470">
        <w:rPr>
          <w:rFonts w:ascii="TH SarabunPSK" w:hAnsi="TH SarabunPSK" w:cs="TH SarabunPSK"/>
          <w:szCs w:val="32"/>
          <w:cs/>
          <w:lang w:bidi="th-TH"/>
        </w:rPr>
        <w:t>..................</w:t>
      </w:r>
      <w:r w:rsidR="00514C83" w:rsidRPr="00221470">
        <w:rPr>
          <w:rFonts w:ascii="TH SarabunPSK" w:hAnsi="TH SarabunPSK" w:cs="TH SarabunPSK"/>
          <w:szCs w:val="32"/>
          <w:cs/>
          <w:lang w:bidi="th-TH"/>
        </w:rPr>
        <w:t>.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</w:t>
      </w:r>
    </w:p>
    <w:p w14:paraId="52EDC759" w14:textId="342A7D64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วิธี</w:t>
      </w:r>
      <w:r w:rsidRPr="00221470">
        <w:rPr>
          <w:rFonts w:ascii="TH SarabunPSK" w:hAnsi="TH SarabunPSK" w:cs="TH SarabunPSK"/>
          <w:b/>
          <w:szCs w:val="32"/>
        </w:rPr>
        <w:t xml:space="preserve"> Debrief </w:t>
      </w: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หรือสรุปผลการเรียนรู้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</w:t>
      </w:r>
      <w:r w:rsidR="00C351BE" w:rsidRPr="00221470">
        <w:rPr>
          <w:rFonts w:ascii="TH SarabunPSK" w:hAnsi="TH SarabunPSK" w:cs="TH SarabunPSK"/>
          <w:szCs w:val="32"/>
          <w:cs/>
          <w:lang w:bidi="th-TH"/>
        </w:rPr>
        <w:t>.................</w:t>
      </w:r>
      <w:r w:rsidR="00D23A90" w:rsidRPr="00221470">
        <w:rPr>
          <w:rFonts w:ascii="TH SarabunPSK" w:hAnsi="TH SarabunPSK" w:cs="TH SarabunPSK"/>
          <w:szCs w:val="32"/>
          <w:cs/>
          <w:lang w:bidi="th-TH"/>
        </w:rPr>
        <w:t>..........</w:t>
      </w:r>
      <w:r w:rsidR="00EB0919" w:rsidRPr="00221470">
        <w:rPr>
          <w:rFonts w:ascii="TH SarabunPSK" w:hAnsi="TH SarabunPSK" w:cs="TH SarabunPSK"/>
          <w:szCs w:val="32"/>
          <w:cs/>
          <w:lang w:bidi="th-TH"/>
        </w:rPr>
        <w:t>.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</w:t>
      </w:r>
    </w:p>
    <w:p w14:paraId="36BA7110" w14:textId="77777777" w:rsidR="001E3467" w:rsidRPr="00221470" w:rsidRDefault="001E3467" w:rsidP="001E3467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29903221" w14:textId="77777777" w:rsidR="001E3467" w:rsidRPr="00221470" w:rsidRDefault="001E3467" w:rsidP="001E3467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</w:t>
      </w:r>
    </w:p>
    <w:p w14:paraId="69CEDA70" w14:textId="0D388EB3" w:rsidR="003177B5" w:rsidRPr="00221470" w:rsidRDefault="00AE0702" w:rsidP="00FB7010">
      <w:pPr>
        <w:pStyle w:val="1"/>
        <w:rPr>
          <w:rFonts w:ascii="TH SarabunPSK" w:hAnsi="TH SarabunPSK" w:cs="TH SarabunPSK"/>
          <w:sz w:val="32"/>
          <w:szCs w:val="32"/>
        </w:rPr>
      </w:pP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 xml:space="preserve">ส่วนที่ </w:t>
      </w:r>
      <w:r w:rsidR="00672D5B" w:rsidRPr="00221470">
        <w:rPr>
          <w:rFonts w:ascii="TH SarabunPSK" w:hAnsi="TH SarabunPSK" w:cs="TH SarabunPSK"/>
          <w:sz w:val="32"/>
          <w:szCs w:val="32"/>
        </w:rPr>
        <w:t>5</w:t>
      </w: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การเปิดเผยการใช้</w:t>
      </w:r>
      <w:r w:rsidRPr="00221470">
        <w:rPr>
          <w:rFonts w:ascii="TH SarabunPSK" w:hAnsi="TH SarabunPSK" w:cs="TH SarabunPSK"/>
          <w:sz w:val="32"/>
          <w:szCs w:val="32"/>
        </w:rPr>
        <w:t xml:space="preserve"> Generative AI</w:t>
      </w:r>
    </w:p>
    <w:p w14:paraId="3F9EE34A" w14:textId="77777777" w:rsidR="003177B5" w:rsidRPr="00221470" w:rsidRDefault="00AE0702" w:rsidP="00672D5B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ไม่ได้ใช้</w:t>
      </w:r>
      <w:r w:rsidRPr="00221470">
        <w:rPr>
          <w:rFonts w:ascii="TH SarabunPSK" w:hAnsi="TH SarabunPSK" w:cs="TH SarabunPSK"/>
          <w:szCs w:val="32"/>
        </w:rPr>
        <w:t xml:space="preserve"> Generative AI</w:t>
      </w:r>
    </w:p>
    <w:p w14:paraId="4D82573D" w14:textId="77777777" w:rsidR="003177B5" w:rsidRPr="00221470" w:rsidRDefault="00AE0702" w:rsidP="00672D5B">
      <w:pPr>
        <w:spacing w:after="0" w:line="240" w:lineRule="auto"/>
        <w:ind w:left="720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ใช้</w:t>
      </w:r>
      <w:r w:rsidRPr="00221470">
        <w:rPr>
          <w:rFonts w:ascii="TH SarabunPSK" w:hAnsi="TH SarabunPSK" w:cs="TH SarabunPSK"/>
          <w:szCs w:val="32"/>
        </w:rPr>
        <w:t xml:space="preserve"> Generative AI</w:t>
      </w:r>
    </w:p>
    <w:p w14:paraId="1C599255" w14:textId="67B17D78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ชื่อเครื่องมือที่ใช้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</w:t>
      </w:r>
      <w:r w:rsidR="001A3B12" w:rsidRPr="00221470">
        <w:rPr>
          <w:rFonts w:ascii="TH SarabunPSK" w:hAnsi="TH SarabunPSK" w:cs="TH SarabunPSK"/>
          <w:szCs w:val="32"/>
          <w:cs/>
          <w:lang w:bidi="th-TH"/>
        </w:rPr>
        <w:t>.................</w:t>
      </w:r>
      <w:r w:rsidR="00E60299"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</w:t>
      </w:r>
      <w:r w:rsidR="006C3FCC" w:rsidRPr="00221470">
        <w:rPr>
          <w:rFonts w:ascii="TH SarabunPSK" w:hAnsi="TH SarabunPSK" w:cs="TH SarabunPSK"/>
          <w:szCs w:val="32"/>
          <w:cs/>
          <w:lang w:bidi="th-TH"/>
        </w:rPr>
        <w:t>...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</w:t>
      </w:r>
    </w:p>
    <w:p w14:paraId="334F922F" w14:textId="625E70D6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ส่วนของผลงานที่ใช้</w:t>
      </w:r>
      <w:r w:rsidRPr="00221470">
        <w:rPr>
          <w:rFonts w:ascii="TH SarabunPSK" w:hAnsi="TH SarabunPSK" w:cs="TH SarabunPSK"/>
          <w:b/>
          <w:szCs w:val="32"/>
        </w:rPr>
        <w:t xml:space="preserve"> AI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</w:t>
      </w:r>
      <w:r w:rsidR="003F157E" w:rsidRPr="00221470">
        <w:rPr>
          <w:rFonts w:ascii="TH SarabunPSK" w:hAnsi="TH SarabunPSK" w:cs="TH SarabunPSK"/>
          <w:szCs w:val="32"/>
          <w:cs/>
          <w:lang w:bidi="th-TH"/>
        </w:rPr>
        <w:t>.</w:t>
      </w:r>
      <w:r w:rsidR="00800916"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</w:t>
      </w:r>
      <w:r w:rsidR="004C579C" w:rsidRPr="00221470">
        <w:rPr>
          <w:rFonts w:ascii="TH SarabunPSK" w:hAnsi="TH SarabunPSK" w:cs="TH SarabunPSK"/>
          <w:szCs w:val="32"/>
          <w:cs/>
          <w:lang w:bidi="th-TH"/>
        </w:rPr>
        <w:t>.....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</w:t>
      </w:r>
    </w:p>
    <w:p w14:paraId="0EA7DD9C" w14:textId="712C058E" w:rsidR="003177B5" w:rsidRPr="00221470" w:rsidRDefault="00AE0702" w:rsidP="00FB7010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ลักษณะการใช้งานโดยสังเขป 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</w:t>
      </w:r>
      <w:r w:rsidR="00994C2C" w:rsidRPr="00221470">
        <w:rPr>
          <w:rFonts w:ascii="TH SarabunPSK" w:hAnsi="TH SarabunPSK" w:cs="TH SarabunPSK"/>
          <w:szCs w:val="32"/>
          <w:cs/>
          <w:lang w:bidi="th-TH"/>
        </w:rPr>
        <w:t>.................</w:t>
      </w:r>
      <w:r w:rsidR="00246C8F" w:rsidRPr="00221470">
        <w:rPr>
          <w:rFonts w:ascii="TH SarabunPSK" w:hAnsi="TH SarabunPSK" w:cs="TH SarabunPSK"/>
          <w:szCs w:val="32"/>
          <w:cs/>
          <w:lang w:bidi="th-TH"/>
        </w:rPr>
        <w:t>...................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</w:t>
      </w:r>
    </w:p>
    <w:p w14:paraId="77E86F3D" w14:textId="77777777" w:rsidR="00672D5B" w:rsidRPr="00221470" w:rsidRDefault="00672D5B" w:rsidP="00672D5B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</w:t>
      </w:r>
    </w:p>
    <w:p w14:paraId="2B005E1D" w14:textId="77777777" w:rsidR="00672D5B" w:rsidRPr="00221470" w:rsidRDefault="00672D5B" w:rsidP="00672D5B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</w:t>
      </w:r>
    </w:p>
    <w:p w14:paraId="48274831" w14:textId="77777777" w:rsidR="00672D5B" w:rsidRPr="00221470" w:rsidRDefault="00672D5B" w:rsidP="00672D5B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</w:t>
      </w:r>
    </w:p>
    <w:p w14:paraId="2609487C" w14:textId="77777777" w:rsidR="00672D5B" w:rsidRPr="00221470" w:rsidRDefault="00672D5B" w:rsidP="00672D5B">
      <w:pPr>
        <w:spacing w:after="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</w:t>
      </w:r>
    </w:p>
    <w:p w14:paraId="241E57DC" w14:textId="0AB949AE" w:rsidR="003177B5" w:rsidRPr="00221470" w:rsidRDefault="00AE0702" w:rsidP="00FB7010">
      <w:pPr>
        <w:pStyle w:val="1"/>
        <w:rPr>
          <w:rFonts w:ascii="TH SarabunPSK" w:hAnsi="TH SarabunPSK" w:cs="TH SarabunPSK"/>
          <w:sz w:val="32"/>
          <w:szCs w:val="32"/>
        </w:rPr>
      </w:pP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 xml:space="preserve">ส่วนที่ </w:t>
      </w:r>
      <w:r w:rsidR="00672D5B" w:rsidRPr="00221470">
        <w:rPr>
          <w:rFonts w:ascii="TH SarabunPSK" w:hAnsi="TH SarabunPSK" w:cs="TH SarabunPSK"/>
          <w:sz w:val="32"/>
          <w:szCs w:val="32"/>
        </w:rPr>
        <w:t>6</w:t>
      </w: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การรับรอง</w:t>
      </w:r>
    </w:p>
    <w:p w14:paraId="3B1D5755" w14:textId="77777777" w:rsidR="003177B5" w:rsidRPr="00221470" w:rsidRDefault="00AE0702" w:rsidP="00672D5B">
      <w:pPr>
        <w:spacing w:after="0"/>
        <w:ind w:firstLine="720"/>
        <w:jc w:val="thaiDistribute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>ข้าพเจ้าและสมาชิกทีมรับรองว่าข้อมูลและเอกสารที่ใช้สมัครเป็นความจริง ผลงานเป็นผลงานต้นฉบับของทีม และยินยอมปฏิบัติตามระเบียบ หลักเกณฑ์ และประกาศของคณะกรรมการจัดการแข่งขัน</w:t>
      </w:r>
    </w:p>
    <w:p w14:paraId="69A6D216" w14:textId="1C27C20B" w:rsidR="00672D5B" w:rsidRPr="00221470" w:rsidRDefault="00672D5B" w:rsidP="00672D5B">
      <w:pPr>
        <w:spacing w:after="0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6C8A6636" w14:textId="0EB86B94" w:rsidR="00ED635E" w:rsidRPr="00221470" w:rsidRDefault="00ED635E" w:rsidP="00672D5B">
      <w:pPr>
        <w:spacing w:after="0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56A074D4" w14:textId="77777777" w:rsidR="00ED635E" w:rsidRPr="00221470" w:rsidRDefault="00ED635E" w:rsidP="00672D5B">
      <w:pPr>
        <w:spacing w:after="0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6FAC2B7F" w14:textId="3AE317AA" w:rsidR="003177B5" w:rsidRPr="00221470" w:rsidRDefault="00AE0702" w:rsidP="00ED635E">
      <w:pPr>
        <w:spacing w:after="0"/>
        <w:jc w:val="right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ลงชื่อ</w:t>
      </w:r>
      <w:r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</w:t>
      </w:r>
      <w:r w:rsidR="00ED635E"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ตัวแทนทีม</w:t>
      </w:r>
    </w:p>
    <w:p w14:paraId="5FD14908" w14:textId="098712CB" w:rsidR="00ED635E" w:rsidRPr="00221470" w:rsidRDefault="00ED635E" w:rsidP="00ED635E">
      <w:pPr>
        <w:spacing w:after="0"/>
        <w:ind w:left="5040" w:firstLine="720"/>
        <w:rPr>
          <w:rFonts w:ascii="TH SarabunPSK" w:hAnsi="TH SarabunPSK" w:cs="TH SarabunPSK"/>
          <w:szCs w:val="32"/>
          <w:cs/>
          <w:lang w:bidi="th-TH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 xml:space="preserve">   (..........................................................)</w:t>
      </w:r>
    </w:p>
    <w:p w14:paraId="7AEBB0EA" w14:textId="65F2307D" w:rsidR="00ED635E" w:rsidRPr="00221470" w:rsidRDefault="00ED635E" w:rsidP="00ED635E">
      <w:pPr>
        <w:spacing w:after="0"/>
        <w:ind w:left="5040" w:firstLine="720"/>
        <w:rPr>
          <w:rFonts w:ascii="TH SarabunPSK" w:hAnsi="TH SarabunPSK" w:cs="TH SarabunPSK"/>
          <w:szCs w:val="32"/>
          <w:lang w:bidi="th-TH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 xml:space="preserve">  </w:t>
      </w:r>
    </w:p>
    <w:p w14:paraId="0FC45B23" w14:textId="77777777" w:rsidR="00ED635E" w:rsidRPr="00221470" w:rsidRDefault="00ED635E" w:rsidP="00ED635E">
      <w:pPr>
        <w:spacing w:after="0"/>
        <w:ind w:left="5040" w:firstLine="720"/>
        <w:rPr>
          <w:rFonts w:ascii="TH SarabunPSK" w:hAnsi="TH SarabunPSK" w:cs="TH SarabunPSK"/>
          <w:szCs w:val="32"/>
          <w:cs/>
          <w:lang w:bidi="th-TH"/>
        </w:rPr>
      </w:pPr>
    </w:p>
    <w:p w14:paraId="7380191C" w14:textId="77777777" w:rsidR="00ED635E" w:rsidRPr="00221470" w:rsidRDefault="00ED635E" w:rsidP="00ED635E">
      <w:pPr>
        <w:spacing w:after="0"/>
        <w:ind w:firstLine="720"/>
        <w:jc w:val="thaiDistribute"/>
        <w:rPr>
          <w:rFonts w:ascii="TH SarabunPSK" w:hAnsi="TH SarabunPSK" w:cs="TH SarabunPSK"/>
          <w:szCs w:val="32"/>
        </w:rPr>
      </w:pPr>
    </w:p>
    <w:p w14:paraId="14504401" w14:textId="6314956F" w:rsidR="00ED635E" w:rsidRPr="00221470" w:rsidRDefault="00FA0CE0" w:rsidP="00ED635E">
      <w:pPr>
        <w:spacing w:after="0"/>
        <w:jc w:val="right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   </w:t>
      </w:r>
      <w:r w:rsidR="00ED635E"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ลงชื่อ</w:t>
      </w:r>
      <w:r w:rsidR="00ED635E" w:rsidRPr="00221470">
        <w:rPr>
          <w:rFonts w:ascii="TH SarabunPSK" w:hAnsi="TH SarabunPSK" w:cs="TH SarabunPSK"/>
          <w:szCs w:val="32"/>
          <w:cs/>
          <w:lang w:bidi="th-TH"/>
        </w:rPr>
        <w:t>.........................................................</w:t>
      </w:r>
      <w:r w:rsidR="00ED635E"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อาจารย์ที่ปรึกษา</w:t>
      </w:r>
    </w:p>
    <w:p w14:paraId="7A506E7F" w14:textId="77777777" w:rsidR="007F7BE4" w:rsidRPr="00221470" w:rsidRDefault="00ED635E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  <w:r w:rsidRPr="00221470">
        <w:rPr>
          <w:rFonts w:ascii="TH SarabunPSK" w:hAnsi="TH SarabunPSK" w:cs="TH SarabunPSK"/>
          <w:szCs w:val="32"/>
          <w:cs/>
          <w:lang w:bidi="th-TH"/>
        </w:rPr>
        <w:t xml:space="preserve">      (..........................................................)</w:t>
      </w:r>
    </w:p>
    <w:p w14:paraId="30FEBBBC" w14:textId="2FB13B3D" w:rsidR="007F7BE4" w:rsidRPr="00221470" w:rsidRDefault="007F7BE4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1D6B8BB3" w14:textId="1D4616F2" w:rsidR="007F7BE4" w:rsidRPr="00221470" w:rsidRDefault="007F7BE4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0BF02635" w14:textId="6B4B4E44" w:rsidR="007F7BE4" w:rsidRPr="00221470" w:rsidRDefault="007F7BE4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0B061A4B" w14:textId="77CBE430" w:rsidR="007F7BE4" w:rsidRPr="00221470" w:rsidRDefault="007F7BE4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5B41F031" w14:textId="77777777" w:rsidR="00005391" w:rsidRPr="00221470" w:rsidRDefault="00005391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2308C750" w14:textId="77777777" w:rsidR="00005391" w:rsidRPr="00221470" w:rsidRDefault="00005391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4BC39D16" w14:textId="77777777" w:rsidR="00005391" w:rsidRPr="00221470" w:rsidRDefault="00005391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5E759AA3" w14:textId="77777777" w:rsidR="00005391" w:rsidRPr="00221470" w:rsidRDefault="00005391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6578E53E" w14:textId="77777777" w:rsidR="00005391" w:rsidRPr="00221470" w:rsidRDefault="00005391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09098272" w14:textId="77777777" w:rsidR="00005391" w:rsidRPr="00221470" w:rsidRDefault="00005391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7B10A2C8" w14:textId="77777777" w:rsidR="00005391" w:rsidRPr="00221470" w:rsidRDefault="00005391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215FA6F1" w14:textId="77777777" w:rsidR="00005391" w:rsidRPr="00221470" w:rsidRDefault="00005391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6A9611C0" w14:textId="77777777" w:rsidR="00005391" w:rsidRPr="00221470" w:rsidRDefault="00005391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537E2906" w14:textId="77777777" w:rsidR="00005391" w:rsidRPr="00221470" w:rsidRDefault="00005391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14927D17" w14:textId="77777777" w:rsidR="00005391" w:rsidRPr="00221470" w:rsidRDefault="00005391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6764E113" w14:textId="77777777" w:rsidR="00005391" w:rsidRPr="00221470" w:rsidRDefault="00005391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4BEDF9F2" w14:textId="32326B8E" w:rsidR="00005391" w:rsidRDefault="00005391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5354E793" w14:textId="7B44E62A" w:rsidR="00221470" w:rsidRDefault="00221470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1D3ECB73" w14:textId="0D0FCDBA" w:rsidR="00221470" w:rsidRDefault="00221470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32540EF8" w14:textId="5DCF14FC" w:rsidR="00221470" w:rsidRDefault="00221470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6C650007" w14:textId="79BF0FBD" w:rsidR="00221470" w:rsidRDefault="00221470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31CBC7F6" w14:textId="71C2FD68" w:rsidR="00221470" w:rsidRDefault="00221470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60808533" w14:textId="3D82F0A3" w:rsidR="00221470" w:rsidRDefault="00221470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63566166" w14:textId="77777777" w:rsidR="00221470" w:rsidRPr="00221470" w:rsidRDefault="00221470" w:rsidP="00076084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6CB93BC9" w14:textId="77777777" w:rsidR="003177B5" w:rsidRPr="00221470" w:rsidRDefault="00AE0702" w:rsidP="00FB7010">
      <w:pPr>
        <w:pStyle w:val="1"/>
        <w:rPr>
          <w:rFonts w:ascii="TH SarabunPSK" w:hAnsi="TH SarabunPSK" w:cs="TH SarabunPSK"/>
          <w:sz w:val="32"/>
          <w:szCs w:val="32"/>
        </w:rPr>
      </w:pP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รายการเอกสารและสิ่งที่ต้องส่ง - ระดับมหาวิทยาลัย</w:t>
      </w:r>
    </w:p>
    <w:p w14:paraId="19378815" w14:textId="77777777" w:rsidR="003177B5" w:rsidRPr="00221470" w:rsidRDefault="00AE0702" w:rsidP="00FB7010">
      <w:pPr>
        <w:spacing w:after="0"/>
        <w:rPr>
          <w:rFonts w:ascii="TH SarabunPSK" w:hAnsi="TH SarabunPSK" w:cs="TH SarabunPSK"/>
          <w:b/>
          <w:bCs/>
          <w:szCs w:val="32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>รายการต่อไปนี้อ้างอิงหมวดเอกสารประกอบการสมัคร และข้อกำหนดระดับมหาวิทยาลัย</w:t>
      </w:r>
    </w:p>
    <w:p w14:paraId="026C3D10" w14:textId="77777777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ใบสมัครเข้าร่วมการแข่งขัน กรอกข้อมูลทีม รายชื่อสมาชิก</w:t>
      </w:r>
      <w:r w:rsidRPr="00221470">
        <w:rPr>
          <w:rFonts w:ascii="TH SarabunPSK" w:hAnsi="TH SarabunPSK" w:cs="TH SarabunPSK"/>
          <w:szCs w:val="32"/>
        </w:rPr>
        <w:t xml:space="preserve"> 3</w:t>
      </w:r>
      <w:r w:rsidRPr="00221470">
        <w:rPr>
          <w:rFonts w:ascii="TH SarabunPSK" w:hAnsi="TH SarabunPSK" w:cs="TH SarabunPSK"/>
          <w:szCs w:val="32"/>
          <w:cs/>
          <w:lang w:bidi="th-TH"/>
        </w:rPr>
        <w:t>-</w:t>
      </w:r>
      <w:r w:rsidRPr="00221470">
        <w:rPr>
          <w:rFonts w:ascii="TH SarabunPSK" w:hAnsi="TH SarabunPSK" w:cs="TH SarabunPSK"/>
          <w:szCs w:val="32"/>
        </w:rPr>
        <w:t xml:space="preserve">6 </w:t>
      </w:r>
      <w:r w:rsidRPr="00221470">
        <w:rPr>
          <w:rFonts w:ascii="TH SarabunPSK" w:hAnsi="TH SarabunPSK" w:cs="TH SarabunPSK"/>
          <w:szCs w:val="32"/>
          <w:cs/>
          <w:lang w:bidi="th-TH"/>
        </w:rPr>
        <w:t>คน อาจารย์ที่ปรึกษา</w:t>
      </w:r>
      <w:r w:rsidRPr="00221470">
        <w:rPr>
          <w:rFonts w:ascii="TH SarabunPSK" w:hAnsi="TH SarabunPSK" w:cs="TH SarabunPSK"/>
          <w:szCs w:val="32"/>
        </w:rPr>
        <w:t xml:space="preserve"> 1 </w:t>
      </w:r>
      <w:r w:rsidRPr="00221470">
        <w:rPr>
          <w:rFonts w:ascii="TH SarabunPSK" w:hAnsi="TH SarabunPSK" w:cs="TH SarabunPSK"/>
          <w:szCs w:val="32"/>
          <w:cs/>
          <w:lang w:bidi="th-TH"/>
        </w:rPr>
        <w:t>คน ชื่อผลงาน และข้อมูลที่เกี่ยวข้องให้ครบถ้วน</w:t>
      </w:r>
    </w:p>
    <w:p w14:paraId="0D6F4178" w14:textId="77777777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เอกสารสรุปภาพรวมเกม (</w:t>
      </w:r>
      <w:r w:rsidRPr="00221470">
        <w:rPr>
          <w:rFonts w:ascii="TH SarabunPSK" w:hAnsi="TH SarabunPSK" w:cs="TH SarabunPSK"/>
          <w:szCs w:val="32"/>
        </w:rPr>
        <w:t>Game Overview</w:t>
      </w:r>
      <w:r w:rsidRPr="00221470">
        <w:rPr>
          <w:rFonts w:ascii="TH SarabunPSK" w:hAnsi="TH SarabunPSK" w:cs="TH SarabunPSK"/>
          <w:szCs w:val="32"/>
          <w:cs/>
          <w:lang w:bidi="th-TH"/>
        </w:rPr>
        <w:t>): ชื่อเกม แนวคิด/ประเด็นหลัก กลุ่มเป้าหมาย จำนวนผู้เล่น ระยะเวลา วัตถุประสงค์/เป้าหมาย และจุดเด่น/แรงบันดาลใจ</w:t>
      </w:r>
    </w:p>
    <w:p w14:paraId="002F43FC" w14:textId="77777777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Prototype Overview </w:t>
      </w:r>
      <w:r w:rsidRPr="00221470">
        <w:rPr>
          <w:rFonts w:ascii="TH SarabunPSK" w:hAnsi="TH SarabunPSK" w:cs="TH SarabunPSK"/>
          <w:szCs w:val="32"/>
          <w:cs/>
          <w:lang w:bidi="th-TH"/>
        </w:rPr>
        <w:t>ไม่เกิน</w:t>
      </w:r>
      <w:r w:rsidRPr="00221470">
        <w:rPr>
          <w:rFonts w:ascii="TH SarabunPSK" w:hAnsi="TH SarabunPSK" w:cs="TH SarabunPSK"/>
          <w:szCs w:val="32"/>
        </w:rPr>
        <w:t xml:space="preserve"> 3 </w:t>
      </w:r>
      <w:r w:rsidRPr="00221470">
        <w:rPr>
          <w:rFonts w:ascii="TH SarabunPSK" w:hAnsi="TH SarabunPSK" w:cs="TH SarabunPSK"/>
          <w:szCs w:val="32"/>
          <w:cs/>
          <w:lang w:bidi="th-TH"/>
        </w:rPr>
        <w:t>หน้า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</w:t>
      </w:r>
      <w:r w:rsidRPr="00221470">
        <w:rPr>
          <w:rFonts w:ascii="TH SarabunPSK" w:hAnsi="TH SarabunPSK" w:cs="TH SarabunPSK"/>
          <w:szCs w:val="32"/>
        </w:rPr>
        <w:t xml:space="preserve">A4 </w:t>
      </w:r>
      <w:r w:rsidRPr="00221470">
        <w:rPr>
          <w:rFonts w:ascii="TH SarabunPSK" w:hAnsi="TH SarabunPSK" w:cs="TH SarabunPSK"/>
          <w:szCs w:val="32"/>
          <w:cs/>
          <w:lang w:bidi="th-TH"/>
        </w:rPr>
        <w:t>เป็นไฟล์</w:t>
      </w:r>
      <w:r w:rsidRPr="00221470">
        <w:rPr>
          <w:rFonts w:ascii="TH SarabunPSK" w:hAnsi="TH SarabunPSK" w:cs="TH SarabunPSK"/>
          <w:szCs w:val="32"/>
        </w:rPr>
        <w:t xml:space="preserve"> PDF</w:t>
      </w:r>
      <w:r w:rsidRPr="00221470">
        <w:rPr>
          <w:rFonts w:ascii="TH SarabunPSK" w:hAnsi="TH SarabunPSK" w:cs="TH SarabunPSK"/>
          <w:szCs w:val="32"/>
          <w:cs/>
          <w:lang w:bidi="th-TH"/>
        </w:rPr>
        <w:t>: ภาพพื้นที่เล่น/กระดาน การจัดวางอุปกรณ์ ตัวอย่างการ์ด/ชิ้นส่วน และตัวอย่างสถานการณ์หรือลำดับการเล่น</w:t>
      </w:r>
    </w:p>
    <w:p w14:paraId="304FC52F" w14:textId="77777777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คู่มือการเล่น (</w:t>
      </w:r>
      <w:r w:rsidRPr="00221470">
        <w:rPr>
          <w:rFonts w:ascii="TH SarabunPSK" w:hAnsi="TH SarabunPSK" w:cs="TH SarabunPSK"/>
          <w:szCs w:val="32"/>
        </w:rPr>
        <w:t>Rulebook</w:t>
      </w:r>
      <w:r w:rsidRPr="00221470">
        <w:rPr>
          <w:rFonts w:ascii="TH SarabunPSK" w:hAnsi="TH SarabunPSK" w:cs="TH SarabunPSK"/>
          <w:szCs w:val="32"/>
          <w:cs/>
          <w:lang w:bidi="th-TH"/>
        </w:rPr>
        <w:t>): เป้าหมายเกม จำนวนผู้เล่น/กลุ่มเป้าหมาย รายการอุปกรณ์ การเตรียมเกม กติกา ลำดับรอบ เงื่อนไขจบเกม/ชนะ และ</w:t>
      </w:r>
      <w:r w:rsidRPr="00221470">
        <w:rPr>
          <w:rFonts w:ascii="TH SarabunPSK" w:hAnsi="TH SarabunPSK" w:cs="TH SarabunPSK"/>
          <w:szCs w:val="32"/>
        </w:rPr>
        <w:t xml:space="preserve"> Debrief </w:t>
      </w:r>
      <w:r w:rsidRPr="00221470">
        <w:rPr>
          <w:rFonts w:ascii="TH SarabunPSK" w:hAnsi="TH SarabunPSK" w:cs="TH SarabunPSK"/>
          <w:szCs w:val="32"/>
          <w:cs/>
          <w:lang w:bidi="th-TH"/>
        </w:rPr>
        <w:t>(ถ้ามี)</w:t>
      </w:r>
    </w:p>
    <w:p w14:paraId="7F4C5D1C" w14:textId="77777777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รายการอุปกรณ์ (</w:t>
      </w:r>
      <w:r w:rsidRPr="00221470">
        <w:rPr>
          <w:rFonts w:ascii="TH SarabunPSK" w:hAnsi="TH SarabunPSK" w:cs="TH SarabunPSK"/>
          <w:szCs w:val="32"/>
        </w:rPr>
        <w:t>Component List</w:t>
      </w:r>
      <w:r w:rsidRPr="00221470">
        <w:rPr>
          <w:rFonts w:ascii="TH SarabunPSK" w:hAnsi="TH SarabunPSK" w:cs="TH SarabunPSK"/>
          <w:szCs w:val="32"/>
          <w:cs/>
          <w:lang w:bidi="th-TH"/>
        </w:rPr>
        <w:t>): ประเภทและจำนวนอุปกรณ์ทั้งหมด ให้ตรงกับ</w:t>
      </w:r>
      <w:r w:rsidRPr="00221470">
        <w:rPr>
          <w:rFonts w:ascii="TH SarabunPSK" w:hAnsi="TH SarabunPSK" w:cs="TH SarabunPSK"/>
          <w:szCs w:val="32"/>
        </w:rPr>
        <w:t xml:space="preserve"> Prototype </w:t>
      </w:r>
      <w:r w:rsidRPr="00221470">
        <w:rPr>
          <w:rFonts w:ascii="TH SarabunPSK" w:hAnsi="TH SarabunPSK" w:cs="TH SarabunPSK"/>
          <w:szCs w:val="32"/>
          <w:cs/>
          <w:lang w:bidi="th-TH"/>
        </w:rPr>
        <w:t>และ</w:t>
      </w:r>
      <w:r w:rsidRPr="00221470">
        <w:rPr>
          <w:rFonts w:ascii="TH SarabunPSK" w:hAnsi="TH SarabunPSK" w:cs="TH SarabunPSK"/>
          <w:szCs w:val="32"/>
        </w:rPr>
        <w:t xml:space="preserve"> Rulebook</w:t>
      </w:r>
    </w:p>
    <w:p w14:paraId="2F9CFCE0" w14:textId="70BAAD58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เอกสาร</w:t>
      </w:r>
      <w:r w:rsidRPr="00221470">
        <w:rPr>
          <w:rFonts w:ascii="TH SarabunPSK" w:hAnsi="TH SarabunPSK" w:cs="TH SarabunPSK"/>
          <w:szCs w:val="32"/>
        </w:rPr>
        <w:t xml:space="preserve"> Learning Outcome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: </w:t>
      </w:r>
      <w:r w:rsidRPr="00221470">
        <w:rPr>
          <w:rFonts w:ascii="TH SarabunPSK" w:hAnsi="TH SarabunPSK" w:cs="TH SarabunPSK"/>
          <w:szCs w:val="32"/>
        </w:rPr>
        <w:t xml:space="preserve">SBO </w:t>
      </w:r>
      <w:r w:rsidRPr="00221470">
        <w:rPr>
          <w:rFonts w:ascii="TH SarabunPSK" w:hAnsi="TH SarabunPSK" w:cs="TH SarabunPSK"/>
          <w:szCs w:val="32"/>
          <w:cs/>
          <w:lang w:bidi="th-TH"/>
        </w:rPr>
        <w:t>หลัก</w:t>
      </w:r>
      <w:r w:rsidRPr="00221470">
        <w:rPr>
          <w:rFonts w:ascii="TH SarabunPSK" w:hAnsi="TH SarabunPSK" w:cs="TH SarabunPSK"/>
          <w:szCs w:val="32"/>
        </w:rPr>
        <w:t xml:space="preserve"> 1 </w:t>
      </w:r>
      <w:r w:rsidRPr="00221470">
        <w:rPr>
          <w:rFonts w:ascii="TH SarabunPSK" w:hAnsi="TH SarabunPSK" w:cs="TH SarabunPSK"/>
          <w:szCs w:val="32"/>
          <w:cs/>
          <w:lang w:bidi="th-TH"/>
        </w:rPr>
        <w:t>ด้าน</w:t>
      </w:r>
      <w:r w:rsidRPr="00221470">
        <w:rPr>
          <w:rFonts w:ascii="TH SarabunPSK" w:hAnsi="TH SarabunPSK" w:cs="TH SarabunPSK"/>
          <w:szCs w:val="32"/>
        </w:rPr>
        <w:t xml:space="preserve">, Learning Outcome, 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กลไกเกมที่เชื่อมโยง </w:t>
      </w:r>
      <w:r w:rsidR="001A7721" w:rsidRPr="00221470">
        <w:rPr>
          <w:rFonts w:ascii="TH SarabunPSK" w:hAnsi="TH SarabunPSK" w:cs="TH SarabunPSK"/>
          <w:szCs w:val="32"/>
          <w:lang w:bidi="th-TH"/>
        </w:rPr>
        <w:t>c</w:t>
      </w:r>
      <w:r w:rsidRPr="00221470">
        <w:rPr>
          <w:rFonts w:ascii="TH SarabunPSK" w:hAnsi="TH SarabunPSK" w:cs="TH SarabunPSK"/>
          <w:szCs w:val="32"/>
          <w:cs/>
          <w:lang w:bidi="th-TH"/>
        </w:rPr>
        <w:t>ละวิธีสังเกต/ประเมินผล</w:t>
      </w:r>
    </w:p>
    <w:p w14:paraId="349DE109" w14:textId="77777777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Playtest Summary </w:t>
      </w:r>
      <w:r w:rsidRPr="00221470">
        <w:rPr>
          <w:rFonts w:ascii="TH SarabunPSK" w:hAnsi="TH SarabunPSK" w:cs="TH SarabunPSK"/>
          <w:szCs w:val="32"/>
          <w:cs/>
          <w:lang w:bidi="th-TH"/>
        </w:rPr>
        <w:t>ระดับ</w:t>
      </w:r>
      <w:r w:rsidRPr="00221470">
        <w:rPr>
          <w:rFonts w:ascii="TH SarabunPSK" w:hAnsi="TH SarabunPSK" w:cs="TH SarabunPSK"/>
          <w:szCs w:val="32"/>
        </w:rPr>
        <w:t xml:space="preserve"> Prototype Alpha</w:t>
      </w:r>
      <w:r w:rsidRPr="00221470">
        <w:rPr>
          <w:rFonts w:ascii="TH SarabunPSK" w:hAnsi="TH SarabunPSK" w:cs="TH SarabunPSK"/>
          <w:szCs w:val="32"/>
          <w:cs/>
          <w:lang w:bidi="th-TH"/>
        </w:rPr>
        <w:t>: แสดงวันที่/จำนวนครั้ง ผู้ทดลอง ระยะเวลา ปัญหา/</w:t>
      </w:r>
      <w:r w:rsidRPr="00221470">
        <w:rPr>
          <w:rFonts w:ascii="TH SarabunPSK" w:hAnsi="TH SarabunPSK" w:cs="TH SarabunPSK"/>
          <w:szCs w:val="32"/>
        </w:rPr>
        <w:t xml:space="preserve">Feedback </w:t>
      </w:r>
      <w:r w:rsidRPr="00221470">
        <w:rPr>
          <w:rFonts w:ascii="TH SarabunPSK" w:hAnsi="TH SarabunPSK" w:cs="TH SarabunPSK"/>
          <w:szCs w:val="32"/>
          <w:cs/>
          <w:lang w:bidi="th-TH"/>
        </w:rPr>
        <w:t>และสิ่งที่ปรับปรุง โดยระดับมหาวิทยาลัยต้องมีการทดลอง</w:t>
      </w:r>
      <w:r w:rsidRPr="00221470">
        <w:rPr>
          <w:rFonts w:ascii="TH SarabunPSK" w:hAnsi="TH SarabunPSK" w:cs="TH SarabunPSK"/>
          <w:szCs w:val="32"/>
        </w:rPr>
        <w:t xml:space="preserve"> Core Gameplay Loop </w:t>
      </w:r>
      <w:r w:rsidRPr="00221470">
        <w:rPr>
          <w:rFonts w:ascii="TH SarabunPSK" w:hAnsi="TH SarabunPSK" w:cs="TH SarabunPSK"/>
          <w:szCs w:val="32"/>
          <w:cs/>
          <w:lang w:bidi="th-TH"/>
        </w:rPr>
        <w:t>ก่อนประเมิน</w:t>
      </w:r>
    </w:p>
    <w:p w14:paraId="27CEF0EF" w14:textId="77777777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เอกสารเปิดเผยการใช้</w:t>
      </w:r>
      <w:r w:rsidRPr="00221470">
        <w:rPr>
          <w:rFonts w:ascii="TH SarabunPSK" w:hAnsi="TH SarabunPSK" w:cs="TH SarabunPSK"/>
          <w:szCs w:val="32"/>
        </w:rPr>
        <w:t xml:space="preserve"> Generative AI </w:t>
      </w:r>
      <w:r w:rsidRPr="00221470">
        <w:rPr>
          <w:rFonts w:ascii="TH SarabunPSK" w:hAnsi="TH SarabunPSK" w:cs="TH SarabunPSK"/>
          <w:szCs w:val="32"/>
          <w:cs/>
          <w:lang w:bidi="th-TH"/>
        </w:rPr>
        <w:t>(ถ้ามี): ชื่อเครื่องมือ ส่วนที่ใช้ และลักษณะการใช้</w:t>
      </w:r>
    </w:p>
    <w:p w14:paraId="48FDD26C" w14:textId="77777777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</w:rPr>
        <w:t xml:space="preserve"> Prototype Alpha </w:t>
      </w:r>
      <w:r w:rsidRPr="00221470">
        <w:rPr>
          <w:rFonts w:ascii="TH SarabunPSK" w:hAnsi="TH SarabunPSK" w:cs="TH SarabunPSK"/>
          <w:szCs w:val="32"/>
          <w:cs/>
          <w:lang w:bidi="th-TH"/>
        </w:rPr>
        <w:t>อย่างน้อย</w:t>
      </w:r>
      <w:r w:rsidRPr="00221470">
        <w:rPr>
          <w:rFonts w:ascii="TH SarabunPSK" w:hAnsi="TH SarabunPSK" w:cs="TH SarabunPSK"/>
          <w:szCs w:val="32"/>
        </w:rPr>
        <w:t xml:space="preserve"> 1 </w:t>
      </w:r>
      <w:r w:rsidRPr="00221470">
        <w:rPr>
          <w:rFonts w:ascii="TH SarabunPSK" w:hAnsi="TH SarabunPSK" w:cs="TH SarabunPSK"/>
          <w:szCs w:val="32"/>
          <w:cs/>
          <w:lang w:bidi="th-TH"/>
        </w:rPr>
        <w:t>ชุด ที่สามารถแสดง</w:t>
      </w:r>
      <w:r w:rsidRPr="00221470">
        <w:rPr>
          <w:rFonts w:ascii="TH SarabunPSK" w:hAnsi="TH SarabunPSK" w:cs="TH SarabunPSK"/>
          <w:szCs w:val="32"/>
        </w:rPr>
        <w:t xml:space="preserve"> Core Gameplay Loop </w:t>
      </w:r>
      <w:r w:rsidRPr="00221470">
        <w:rPr>
          <w:rFonts w:ascii="TH SarabunPSK" w:hAnsi="TH SarabunPSK" w:cs="TH SarabunPSK"/>
          <w:szCs w:val="32"/>
          <w:cs/>
          <w:lang w:bidi="th-TH"/>
        </w:rPr>
        <w:t>และสาธิตแนวทางการเล่นได้</w:t>
      </w:r>
    </w:p>
    <w:p w14:paraId="4C7E4BA8" w14:textId="77777777" w:rsidR="003177B5" w:rsidRPr="00221470" w:rsidRDefault="00AE0702" w:rsidP="0018206A">
      <w:pPr>
        <w:pStyle w:val="21"/>
        <w:spacing w:before="0"/>
        <w:rPr>
          <w:rFonts w:ascii="TH SarabunPSK" w:hAnsi="TH SarabunPSK" w:cs="TH SarabunPSK"/>
          <w:sz w:val="32"/>
          <w:szCs w:val="32"/>
        </w:rPr>
      </w:pP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t>เช็กลิสต์คุณสมบัติก่อนส่ง</w:t>
      </w:r>
    </w:p>
    <w:p w14:paraId="24293E61" w14:textId="77777777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สมาชิกเป็นนักศึกษาปริญญาตรีภาคปกติของมหาวิทยาลัยราช</w:t>
      </w:r>
      <w:proofErr w:type="spellStart"/>
      <w:r w:rsidRPr="00221470">
        <w:rPr>
          <w:rFonts w:ascii="TH SarabunPSK" w:hAnsi="TH SarabunPSK" w:cs="TH SarabunPSK"/>
          <w:szCs w:val="32"/>
          <w:cs/>
          <w:lang w:bidi="th-TH"/>
        </w:rPr>
        <w:t>ภัฏ</w:t>
      </w:r>
      <w:proofErr w:type="spellEnd"/>
      <w:r w:rsidRPr="00221470">
        <w:rPr>
          <w:rFonts w:ascii="TH SarabunPSK" w:hAnsi="TH SarabunPSK" w:cs="TH SarabunPSK"/>
          <w:szCs w:val="32"/>
          <w:cs/>
          <w:lang w:bidi="th-TH"/>
        </w:rPr>
        <w:t>แห่งเดียวกัน จำนวน</w:t>
      </w:r>
      <w:r w:rsidRPr="00221470">
        <w:rPr>
          <w:rFonts w:ascii="TH SarabunPSK" w:hAnsi="TH SarabunPSK" w:cs="TH SarabunPSK"/>
          <w:szCs w:val="32"/>
        </w:rPr>
        <w:t xml:space="preserve"> 3</w:t>
      </w:r>
      <w:r w:rsidRPr="00221470">
        <w:rPr>
          <w:rFonts w:ascii="TH SarabunPSK" w:hAnsi="TH SarabunPSK" w:cs="TH SarabunPSK"/>
          <w:szCs w:val="32"/>
          <w:cs/>
          <w:lang w:bidi="th-TH"/>
        </w:rPr>
        <w:t>-</w:t>
      </w:r>
      <w:r w:rsidRPr="00221470">
        <w:rPr>
          <w:rFonts w:ascii="TH SarabunPSK" w:hAnsi="TH SarabunPSK" w:cs="TH SarabunPSK"/>
          <w:szCs w:val="32"/>
        </w:rPr>
        <w:t xml:space="preserve">6 </w:t>
      </w:r>
      <w:r w:rsidRPr="00221470">
        <w:rPr>
          <w:rFonts w:ascii="TH SarabunPSK" w:hAnsi="TH SarabunPSK" w:cs="TH SarabunPSK"/>
          <w:szCs w:val="32"/>
          <w:cs/>
          <w:lang w:bidi="th-TH"/>
        </w:rPr>
        <w:t>คน</w:t>
      </w:r>
    </w:p>
    <w:p w14:paraId="5D4ADA9D" w14:textId="057A998A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นักศึกษาแต่ละคนอยู่ได้เพียง</w:t>
      </w:r>
      <w:r w:rsidRPr="00221470">
        <w:rPr>
          <w:rFonts w:ascii="TH SarabunPSK" w:hAnsi="TH SarabunPSK" w:cs="TH SarabunPSK"/>
          <w:szCs w:val="32"/>
        </w:rPr>
        <w:t xml:space="preserve"> 1 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ทีม </w:t>
      </w:r>
    </w:p>
    <w:p w14:paraId="1BB1AEE6" w14:textId="77777777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มีอาจารย์ที่ปรึกษา</w:t>
      </w:r>
      <w:r w:rsidRPr="00221470">
        <w:rPr>
          <w:rFonts w:ascii="TH SarabunPSK" w:hAnsi="TH SarabunPSK" w:cs="TH SarabunPSK"/>
          <w:szCs w:val="32"/>
        </w:rPr>
        <w:t xml:space="preserve"> 1 </w:t>
      </w:r>
      <w:r w:rsidRPr="00221470">
        <w:rPr>
          <w:rFonts w:ascii="TH SarabunPSK" w:hAnsi="TH SarabunPSK" w:cs="TH SarabunPSK"/>
          <w:szCs w:val="32"/>
          <w:cs/>
          <w:lang w:bidi="th-TH"/>
        </w:rPr>
        <w:t>คน เป็นบุคลากรของมหาวิทยาลัยเดียวกัน</w:t>
      </w:r>
    </w:p>
    <w:p w14:paraId="0A8F7CAF" w14:textId="77777777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กำหนดกลุ่มเป้าหมายหลัก</w:t>
      </w:r>
      <w:r w:rsidRPr="00221470">
        <w:rPr>
          <w:rFonts w:ascii="TH SarabunPSK" w:hAnsi="TH SarabunPSK" w:cs="TH SarabunPSK"/>
          <w:szCs w:val="32"/>
        </w:rPr>
        <w:t xml:space="preserve"> 1 </w:t>
      </w:r>
      <w:r w:rsidRPr="00221470">
        <w:rPr>
          <w:rFonts w:ascii="TH SarabunPSK" w:hAnsi="TH SarabunPSK" w:cs="TH SarabunPSK"/>
          <w:szCs w:val="32"/>
          <w:cs/>
          <w:lang w:bidi="th-TH"/>
        </w:rPr>
        <w:t>กลุ่มอย่างชัดเจน</w:t>
      </w:r>
    </w:p>
    <w:p w14:paraId="3DAEF1DB" w14:textId="77777777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เลือก</w:t>
      </w:r>
      <w:r w:rsidRPr="00221470">
        <w:rPr>
          <w:rFonts w:ascii="TH SarabunPSK" w:hAnsi="TH SarabunPSK" w:cs="TH SarabunPSK"/>
          <w:szCs w:val="32"/>
        </w:rPr>
        <w:t xml:space="preserve"> SBO </w:t>
      </w:r>
      <w:r w:rsidRPr="00221470">
        <w:rPr>
          <w:rFonts w:ascii="TH SarabunPSK" w:hAnsi="TH SarabunPSK" w:cs="TH SarabunPSK"/>
          <w:szCs w:val="32"/>
          <w:cs/>
          <w:lang w:bidi="th-TH"/>
        </w:rPr>
        <w:t>หลัก</w:t>
      </w:r>
      <w:r w:rsidRPr="00221470">
        <w:rPr>
          <w:rFonts w:ascii="TH SarabunPSK" w:hAnsi="TH SarabunPSK" w:cs="TH SarabunPSK"/>
          <w:szCs w:val="32"/>
        </w:rPr>
        <w:t xml:space="preserve"> 1 </w:t>
      </w:r>
      <w:r w:rsidRPr="00221470">
        <w:rPr>
          <w:rFonts w:ascii="TH SarabunPSK" w:hAnsi="TH SarabunPSK" w:cs="TH SarabunPSK"/>
          <w:szCs w:val="32"/>
          <w:cs/>
          <w:lang w:bidi="th-TH"/>
        </w:rPr>
        <w:t>ด้านจาก</w:t>
      </w:r>
      <w:r w:rsidRPr="00221470">
        <w:rPr>
          <w:rFonts w:ascii="TH SarabunPSK" w:hAnsi="TH SarabunPSK" w:cs="TH SarabunPSK"/>
          <w:szCs w:val="32"/>
        </w:rPr>
        <w:t xml:space="preserve"> 12 </w:t>
      </w:r>
      <w:r w:rsidRPr="00221470">
        <w:rPr>
          <w:rFonts w:ascii="TH SarabunPSK" w:hAnsi="TH SarabunPSK" w:cs="TH SarabunPSK"/>
          <w:szCs w:val="32"/>
          <w:cs/>
          <w:lang w:bidi="th-TH"/>
        </w:rPr>
        <w:t>ด้าน</w:t>
      </w:r>
    </w:p>
    <w:p w14:paraId="7B8145CE" w14:textId="77777777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ต้นแบบไม่มีวัสดุ/อุปกรณ์ที่ก่ออันตราย และหากมีดิจิทัล/อิเล็กทรอนิกส์ได้ระบุรายละเอียดไว้</w:t>
      </w:r>
    </w:p>
    <w:p w14:paraId="295FFB94" w14:textId="77777777" w:rsidR="003177B5" w:rsidRPr="00221470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ข้อมูลในใบสมัคร</w:t>
      </w:r>
      <w:r w:rsidRPr="00221470">
        <w:rPr>
          <w:rFonts w:ascii="TH SarabunPSK" w:hAnsi="TH SarabunPSK" w:cs="TH SarabunPSK"/>
          <w:szCs w:val="32"/>
        </w:rPr>
        <w:t xml:space="preserve"> Game Overview Prototype Rulebook Component List </w:t>
      </w:r>
      <w:r w:rsidRPr="00221470">
        <w:rPr>
          <w:rFonts w:ascii="TH SarabunPSK" w:hAnsi="TH SarabunPSK" w:cs="TH SarabunPSK"/>
          <w:szCs w:val="32"/>
          <w:cs/>
          <w:lang w:bidi="th-TH"/>
        </w:rPr>
        <w:t>และเอกสารอื่นสอดคล้องกัน</w:t>
      </w:r>
    </w:p>
    <w:p w14:paraId="62432D76" w14:textId="03E36B23" w:rsidR="003177B5" w:rsidRDefault="00AE0702" w:rsidP="005C710D">
      <w:pPr>
        <w:spacing w:after="0" w:line="240" w:lineRule="auto"/>
        <w:rPr>
          <w:rFonts w:ascii="TH SarabunPSK" w:hAnsi="TH SarabunPSK" w:cs="TH SarabunPSK"/>
          <w:szCs w:val="32"/>
        </w:rPr>
      </w:pPr>
      <w:r w:rsidRPr="00221470">
        <w:rPr>
          <w:rFonts w:ascii="Segoe UI Symbol" w:hAnsi="Segoe UI Symbol" w:cs="Segoe UI Symbol" w:hint="cs"/>
          <w:szCs w:val="32"/>
          <w:cs/>
          <w:lang w:bidi="th-TH"/>
        </w:rPr>
        <w:t>☐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 ตรวจสิทธิ์ภาพ ฟอน</w:t>
      </w:r>
      <w:proofErr w:type="spellStart"/>
      <w:r w:rsidRPr="00221470">
        <w:rPr>
          <w:rFonts w:ascii="TH SarabunPSK" w:hAnsi="TH SarabunPSK" w:cs="TH SarabunPSK"/>
          <w:szCs w:val="32"/>
          <w:cs/>
          <w:lang w:bidi="th-TH"/>
        </w:rPr>
        <w:t>ต์</w:t>
      </w:r>
      <w:proofErr w:type="spellEnd"/>
      <w:r w:rsidRPr="00221470">
        <w:rPr>
          <w:rFonts w:ascii="TH SarabunPSK" w:hAnsi="TH SarabunPSK" w:cs="TH SarabunPSK"/>
          <w:szCs w:val="32"/>
          <w:cs/>
          <w:lang w:bidi="th-TH"/>
        </w:rPr>
        <w:t xml:space="preserve"> สัญลักษณ์ เครื่องหมายการค้า และสื่อทั้งหมดแล้ว ไม่ละเมิดทรัพย์สินทางปัญญา</w:t>
      </w:r>
    </w:p>
    <w:p w14:paraId="4691D277" w14:textId="6343F446" w:rsidR="00221470" w:rsidRDefault="00221470" w:rsidP="005C710D">
      <w:pPr>
        <w:spacing w:after="0" w:line="240" w:lineRule="auto"/>
        <w:rPr>
          <w:rFonts w:ascii="TH SarabunPSK" w:hAnsi="TH SarabunPSK" w:cs="TH SarabunPSK"/>
          <w:szCs w:val="32"/>
        </w:rPr>
      </w:pPr>
    </w:p>
    <w:p w14:paraId="40FF017D" w14:textId="77777777" w:rsidR="00221470" w:rsidRPr="00221470" w:rsidRDefault="00221470" w:rsidP="005C710D">
      <w:pPr>
        <w:spacing w:after="0" w:line="240" w:lineRule="auto"/>
        <w:rPr>
          <w:rFonts w:ascii="TH SarabunPSK" w:hAnsi="TH SarabunPSK" w:cs="TH SarabunPSK"/>
          <w:szCs w:val="32"/>
        </w:rPr>
      </w:pPr>
    </w:p>
    <w:p w14:paraId="4633F9C2" w14:textId="3DFD01BF" w:rsidR="003177B5" w:rsidRPr="00221470" w:rsidRDefault="00AE0702" w:rsidP="00FB7010">
      <w:pPr>
        <w:pStyle w:val="21"/>
        <w:rPr>
          <w:rFonts w:ascii="TH SarabunPSK" w:hAnsi="TH SarabunPSK" w:cs="TH SarabunPSK"/>
          <w:sz w:val="32"/>
          <w:szCs w:val="32"/>
        </w:rPr>
      </w:pPr>
      <w:r w:rsidRPr="00221470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หมายเหตุ</w:t>
      </w:r>
    </w:p>
    <w:p w14:paraId="530164E9" w14:textId="3F5E8690" w:rsidR="00CC2CDC" w:rsidRPr="00221470" w:rsidRDefault="00CC2CDC" w:rsidP="00ED24E8">
      <w:pPr>
        <w:spacing w:after="0" w:line="240" w:lineRule="auto"/>
        <w:ind w:firstLine="720"/>
        <w:rPr>
          <w:rFonts w:ascii="TH SarabunPSK" w:hAnsi="TH SarabunPSK" w:cs="TH SarabunPSK"/>
          <w:b/>
          <w:bCs/>
          <w:szCs w:val="32"/>
        </w:rPr>
      </w:pPr>
    </w:p>
    <w:p w14:paraId="52D74790" w14:textId="02DD6F55" w:rsidR="001569FD" w:rsidRPr="00221470" w:rsidRDefault="001569FD" w:rsidP="001569FD">
      <w:pPr>
        <w:spacing w:after="0" w:line="240" w:lineRule="auto"/>
        <w:jc w:val="thaiDistribute"/>
        <w:rPr>
          <w:rFonts w:ascii="TH SarabunPSK" w:hAnsi="TH SarabunPSK" w:cs="TH SarabunPSK"/>
          <w:szCs w:val="32"/>
          <w:lang w:bidi="th-TH"/>
        </w:rPr>
      </w:pPr>
      <w:r w:rsidRPr="00221470">
        <w:rPr>
          <w:rFonts w:ascii="TH SarabunPSK" w:hAnsi="TH SarabunPSK" w:cs="TH SarabunPSK"/>
          <w:szCs w:val="32"/>
        </w:rPr>
        <w:tab/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ระดับมหาวิทยาลัยเปิดรับทีมได้ไม่จำกัดจำนวน และคัดเลือกตัวแทนได้ไม่เกิน </w:t>
      </w:r>
      <w:r w:rsidRPr="00221470">
        <w:rPr>
          <w:rFonts w:ascii="TH SarabunPSK" w:hAnsi="TH SarabunPSK" w:cs="TH SarabunPSK"/>
          <w:szCs w:val="32"/>
        </w:rPr>
        <w:t xml:space="preserve">2 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ทีมเข้าสู่ระดับภูมิภาค ผลงานขั้นต่ำคือ </w:t>
      </w:r>
      <w:r w:rsidRPr="00221470">
        <w:rPr>
          <w:rFonts w:ascii="TH SarabunPSK" w:hAnsi="TH SarabunPSK" w:cs="TH SarabunPSK"/>
          <w:szCs w:val="32"/>
        </w:rPr>
        <w:t xml:space="preserve">Concept 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+ </w:t>
      </w:r>
      <w:r w:rsidRPr="00221470">
        <w:rPr>
          <w:rFonts w:ascii="TH SarabunPSK" w:hAnsi="TH SarabunPSK" w:cs="TH SarabunPSK"/>
          <w:szCs w:val="32"/>
        </w:rPr>
        <w:t xml:space="preserve">Prototype Alpha 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โดยคะแนนระดับมหาวิทยาลัยให้น้ำหนัก </w:t>
      </w:r>
      <w:r w:rsidRPr="00221470">
        <w:rPr>
          <w:rFonts w:ascii="TH SarabunPSK" w:hAnsi="TH SarabunPSK" w:cs="TH SarabunPSK"/>
          <w:szCs w:val="32"/>
        </w:rPr>
        <w:t xml:space="preserve">SBO 30, 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กระบวนการเรียนรู้ </w:t>
      </w:r>
      <w:r w:rsidRPr="00221470">
        <w:rPr>
          <w:rFonts w:ascii="TH SarabunPSK" w:hAnsi="TH SarabunPSK" w:cs="TH SarabunPSK"/>
          <w:szCs w:val="32"/>
        </w:rPr>
        <w:t xml:space="preserve">20, 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กลไกและประสบการณ์เล่น </w:t>
      </w:r>
      <w:r w:rsidRPr="00221470">
        <w:rPr>
          <w:rFonts w:ascii="TH SarabunPSK" w:hAnsi="TH SarabunPSK" w:cs="TH SarabunPSK"/>
          <w:szCs w:val="32"/>
        </w:rPr>
        <w:t xml:space="preserve">15, 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ความคิดสร้างสรรค์ </w:t>
      </w:r>
      <w:r w:rsidRPr="00221470">
        <w:rPr>
          <w:rFonts w:ascii="TH SarabunPSK" w:hAnsi="TH SarabunPSK" w:cs="TH SarabunPSK"/>
          <w:szCs w:val="32"/>
        </w:rPr>
        <w:t xml:space="preserve">15, 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ความถูกต้องเนื้อหา </w:t>
      </w:r>
      <w:r w:rsidRPr="00221470">
        <w:rPr>
          <w:rFonts w:ascii="TH SarabunPSK" w:hAnsi="TH SarabunPSK" w:cs="TH SarabunPSK"/>
          <w:szCs w:val="32"/>
        </w:rPr>
        <w:t>10, Prototype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/สื่อ </w:t>
      </w:r>
      <w:r w:rsidRPr="00221470">
        <w:rPr>
          <w:rFonts w:ascii="TH SarabunPSK" w:hAnsi="TH SarabunPSK" w:cs="TH SarabunPSK"/>
          <w:szCs w:val="32"/>
        </w:rPr>
        <w:t xml:space="preserve">5 </w:t>
      </w:r>
      <w:r w:rsidRPr="00221470">
        <w:rPr>
          <w:rFonts w:ascii="TH SarabunPSK" w:hAnsi="TH SarabunPSK" w:cs="TH SarabunPSK"/>
          <w:szCs w:val="32"/>
          <w:cs/>
          <w:lang w:bidi="th-TH"/>
        </w:rPr>
        <w:t xml:space="preserve">และการนำเสนอ </w:t>
      </w:r>
      <w:r w:rsidRPr="00221470">
        <w:rPr>
          <w:rFonts w:ascii="TH SarabunPSK" w:hAnsi="TH SarabunPSK" w:cs="TH SarabunPSK"/>
          <w:szCs w:val="32"/>
        </w:rPr>
        <w:t xml:space="preserve">5 </w:t>
      </w:r>
      <w:r w:rsidRPr="00221470">
        <w:rPr>
          <w:rFonts w:ascii="TH SarabunPSK" w:hAnsi="TH SarabunPSK" w:cs="TH SarabunPSK"/>
          <w:szCs w:val="32"/>
          <w:cs/>
          <w:lang w:bidi="th-TH"/>
        </w:rPr>
        <w:t>คะแนน</w:t>
      </w:r>
    </w:p>
    <w:p w14:paraId="41EE0D5A" w14:textId="77777777" w:rsidR="00005391" w:rsidRPr="00221470" w:rsidRDefault="00005391" w:rsidP="001569FD">
      <w:pPr>
        <w:spacing w:after="0" w:line="240" w:lineRule="auto"/>
        <w:jc w:val="thaiDistribute"/>
        <w:rPr>
          <w:rFonts w:ascii="TH SarabunPSK" w:hAnsi="TH SarabunPSK" w:cs="TH SarabunPSK"/>
          <w:szCs w:val="32"/>
          <w:lang w:bidi="th-TH"/>
        </w:rPr>
      </w:pPr>
    </w:p>
    <w:p w14:paraId="5D115FC8" w14:textId="77777777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7E94727D" w14:textId="36A26651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1FF928C3" w14:textId="6C003B66" w:rsidR="00005391" w:rsidRPr="00221470" w:rsidRDefault="00005391" w:rsidP="00005391">
      <w:pPr>
        <w:spacing w:after="0"/>
        <w:ind w:left="-142" w:firstLine="142"/>
        <w:rPr>
          <w:rFonts w:ascii="TH SarabunPSK" w:hAnsi="TH SarabunPSK" w:cs="TH SarabunPSK"/>
          <w:szCs w:val="32"/>
        </w:rPr>
      </w:pPr>
    </w:p>
    <w:p w14:paraId="349D845A" w14:textId="15F3AFD5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19EB3D6D" w14:textId="246958C0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70A03212" w14:textId="27B5BE0F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044AF474" w14:textId="77777777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2DFF8AA2" w14:textId="13511446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32012A7D" w14:textId="77777777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1A34E873" w14:textId="77777777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259258A0" w14:textId="77777777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2048257A" w14:textId="77777777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46A19467" w14:textId="71286985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39BE3EC9" w14:textId="77777777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77F71ADE" w14:textId="77777777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5B303EA2" w14:textId="77777777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77BF0FC8" w14:textId="77777777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4FA84D6D" w14:textId="77777777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0BDF7DA2" w14:textId="77777777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0C297F60" w14:textId="77777777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4CADD493" w14:textId="340E8630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77AFA8FD" w14:textId="2FD91BFA" w:rsidR="00005391" w:rsidRPr="00221470" w:rsidRDefault="00005391" w:rsidP="00221470">
      <w:pPr>
        <w:spacing w:after="0"/>
        <w:rPr>
          <w:rFonts w:ascii="TH SarabunPSK" w:hAnsi="TH SarabunPSK" w:cs="TH SarabunPSK"/>
          <w:b/>
          <w:bCs/>
          <w:szCs w:val="32"/>
          <w:lang w:bidi="th-TH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t xml:space="preserve">    </w:t>
      </w:r>
    </w:p>
    <w:p w14:paraId="28F2E500" w14:textId="5EE89475" w:rsidR="00005391" w:rsidRPr="00221470" w:rsidRDefault="00005391" w:rsidP="00005391">
      <w:pPr>
        <w:spacing w:after="0"/>
        <w:jc w:val="center"/>
        <w:rPr>
          <w:rFonts w:ascii="TH SarabunPSK" w:hAnsi="TH SarabunPSK" w:cs="TH SarabunPSK"/>
          <w:b/>
          <w:bCs/>
          <w:szCs w:val="32"/>
          <w:cs/>
          <w:lang w:bidi="th-TH"/>
        </w:rPr>
      </w:pPr>
      <w:r w:rsidRPr="00221470">
        <w:rPr>
          <w:rFonts w:ascii="TH SarabunPSK" w:hAnsi="TH SarabunPSK" w:cs="TH SarabunPSK"/>
          <w:b/>
          <w:bCs/>
          <w:szCs w:val="32"/>
          <w:cs/>
          <w:lang w:bidi="th-TH"/>
        </w:rPr>
        <w:lastRenderedPageBreak/>
        <w:t xml:space="preserve">        กลุ่มไลน์การประกวด</w:t>
      </w:r>
    </w:p>
    <w:p w14:paraId="09480AD8" w14:textId="4EEF7007" w:rsidR="00005391" w:rsidRPr="00221470" w:rsidRDefault="00005391" w:rsidP="00005391">
      <w:pPr>
        <w:spacing w:after="0"/>
        <w:ind w:left="4320" w:firstLine="720"/>
        <w:jc w:val="center"/>
        <w:rPr>
          <w:rFonts w:ascii="TH SarabunPSK" w:hAnsi="TH SarabunPSK" w:cs="TH SarabunPSK"/>
          <w:szCs w:val="32"/>
        </w:rPr>
      </w:pPr>
    </w:p>
    <w:p w14:paraId="2BD4ABC7" w14:textId="01FE1B70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18CECAAF" w14:textId="1CDAA429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504269CC" w14:textId="1EE46FD8" w:rsidR="00005391" w:rsidRPr="00221470" w:rsidRDefault="00005391" w:rsidP="00005391">
      <w:pPr>
        <w:spacing w:after="0"/>
        <w:ind w:left="4320" w:firstLine="720"/>
        <w:rPr>
          <w:rFonts w:ascii="TH SarabunPSK" w:hAnsi="TH SarabunPSK" w:cs="TH SarabunPSK"/>
          <w:szCs w:val="32"/>
        </w:rPr>
      </w:pPr>
    </w:p>
    <w:p w14:paraId="13090BAB" w14:textId="591C1B68" w:rsidR="00005391" w:rsidRPr="00221470" w:rsidRDefault="00005391" w:rsidP="001569FD">
      <w:pPr>
        <w:spacing w:after="0" w:line="240" w:lineRule="auto"/>
        <w:jc w:val="thaiDistribute"/>
        <w:rPr>
          <w:rFonts w:ascii="TH SarabunPSK" w:hAnsi="TH SarabunPSK" w:cs="TH SarabunPSK"/>
          <w:szCs w:val="32"/>
          <w:lang w:bidi="th-TH"/>
        </w:rPr>
      </w:pPr>
    </w:p>
    <w:sectPr w:rsidR="00005391" w:rsidRPr="00221470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5391"/>
    <w:rsid w:val="00016A94"/>
    <w:rsid w:val="0002234F"/>
    <w:rsid w:val="00022902"/>
    <w:rsid w:val="000260DC"/>
    <w:rsid w:val="00034616"/>
    <w:rsid w:val="000361F6"/>
    <w:rsid w:val="00044967"/>
    <w:rsid w:val="0004693F"/>
    <w:rsid w:val="0005268E"/>
    <w:rsid w:val="0006063C"/>
    <w:rsid w:val="00060AEF"/>
    <w:rsid w:val="00067C0A"/>
    <w:rsid w:val="00076084"/>
    <w:rsid w:val="000854A8"/>
    <w:rsid w:val="00086C9F"/>
    <w:rsid w:val="00096487"/>
    <w:rsid w:val="000965EE"/>
    <w:rsid w:val="00096FCF"/>
    <w:rsid w:val="000A45B6"/>
    <w:rsid w:val="000B10FF"/>
    <w:rsid w:val="000B2184"/>
    <w:rsid w:val="000B716F"/>
    <w:rsid w:val="000B7340"/>
    <w:rsid w:val="000D0A41"/>
    <w:rsid w:val="000E289E"/>
    <w:rsid w:val="001061AC"/>
    <w:rsid w:val="00107400"/>
    <w:rsid w:val="00116524"/>
    <w:rsid w:val="00121A6F"/>
    <w:rsid w:val="00127254"/>
    <w:rsid w:val="0014165B"/>
    <w:rsid w:val="001472BF"/>
    <w:rsid w:val="0015074B"/>
    <w:rsid w:val="001569FD"/>
    <w:rsid w:val="00161DD6"/>
    <w:rsid w:val="0016666D"/>
    <w:rsid w:val="00171142"/>
    <w:rsid w:val="00171E20"/>
    <w:rsid w:val="00175FE9"/>
    <w:rsid w:val="0018206A"/>
    <w:rsid w:val="00182843"/>
    <w:rsid w:val="00195080"/>
    <w:rsid w:val="00195657"/>
    <w:rsid w:val="001A2D1D"/>
    <w:rsid w:val="001A3B12"/>
    <w:rsid w:val="001A7721"/>
    <w:rsid w:val="001B7ED4"/>
    <w:rsid w:val="001C18F8"/>
    <w:rsid w:val="001C762B"/>
    <w:rsid w:val="001D6CFC"/>
    <w:rsid w:val="001E3467"/>
    <w:rsid w:val="001F2895"/>
    <w:rsid w:val="00221470"/>
    <w:rsid w:val="00224970"/>
    <w:rsid w:val="002276D4"/>
    <w:rsid w:val="00242C2B"/>
    <w:rsid w:val="00246C8F"/>
    <w:rsid w:val="00267D53"/>
    <w:rsid w:val="00274313"/>
    <w:rsid w:val="002948B6"/>
    <w:rsid w:val="00294FC3"/>
    <w:rsid w:val="0029639D"/>
    <w:rsid w:val="002C6D0A"/>
    <w:rsid w:val="002D016B"/>
    <w:rsid w:val="002D5CF6"/>
    <w:rsid w:val="00304EFD"/>
    <w:rsid w:val="003140B5"/>
    <w:rsid w:val="003177B5"/>
    <w:rsid w:val="00326F90"/>
    <w:rsid w:val="00327C64"/>
    <w:rsid w:val="00355B97"/>
    <w:rsid w:val="003578F0"/>
    <w:rsid w:val="00360729"/>
    <w:rsid w:val="0036100D"/>
    <w:rsid w:val="003703F6"/>
    <w:rsid w:val="00376A4D"/>
    <w:rsid w:val="00392DBF"/>
    <w:rsid w:val="003A501C"/>
    <w:rsid w:val="003B0317"/>
    <w:rsid w:val="003D51B7"/>
    <w:rsid w:val="003D6C47"/>
    <w:rsid w:val="003E2956"/>
    <w:rsid w:val="003E44C9"/>
    <w:rsid w:val="003E4505"/>
    <w:rsid w:val="003F04BC"/>
    <w:rsid w:val="003F157E"/>
    <w:rsid w:val="003F17D6"/>
    <w:rsid w:val="003F37A9"/>
    <w:rsid w:val="003F7967"/>
    <w:rsid w:val="003F7C72"/>
    <w:rsid w:val="00403404"/>
    <w:rsid w:val="00410D35"/>
    <w:rsid w:val="00422FDB"/>
    <w:rsid w:val="00423F9B"/>
    <w:rsid w:val="004241E6"/>
    <w:rsid w:val="004349AE"/>
    <w:rsid w:val="00444C49"/>
    <w:rsid w:val="00453625"/>
    <w:rsid w:val="00465E0B"/>
    <w:rsid w:val="00466233"/>
    <w:rsid w:val="00470B5D"/>
    <w:rsid w:val="004739C0"/>
    <w:rsid w:val="00476088"/>
    <w:rsid w:val="004977AF"/>
    <w:rsid w:val="004B0802"/>
    <w:rsid w:val="004B0E43"/>
    <w:rsid w:val="004B6083"/>
    <w:rsid w:val="004C1B82"/>
    <w:rsid w:val="004C579C"/>
    <w:rsid w:val="004D026D"/>
    <w:rsid w:val="004D1BDC"/>
    <w:rsid w:val="004E5AC1"/>
    <w:rsid w:val="004F1376"/>
    <w:rsid w:val="004F3703"/>
    <w:rsid w:val="005057C6"/>
    <w:rsid w:val="00506940"/>
    <w:rsid w:val="0051085C"/>
    <w:rsid w:val="00513FBF"/>
    <w:rsid w:val="00514C83"/>
    <w:rsid w:val="00515576"/>
    <w:rsid w:val="005217C5"/>
    <w:rsid w:val="005350E6"/>
    <w:rsid w:val="00540308"/>
    <w:rsid w:val="00567A3A"/>
    <w:rsid w:val="00577637"/>
    <w:rsid w:val="00577FC1"/>
    <w:rsid w:val="00597E12"/>
    <w:rsid w:val="005A5308"/>
    <w:rsid w:val="005C1FF8"/>
    <w:rsid w:val="005C5C85"/>
    <w:rsid w:val="005C710D"/>
    <w:rsid w:val="005E2A8C"/>
    <w:rsid w:val="005F7083"/>
    <w:rsid w:val="00600636"/>
    <w:rsid w:val="006202FC"/>
    <w:rsid w:val="0063187B"/>
    <w:rsid w:val="006407BB"/>
    <w:rsid w:val="006445B9"/>
    <w:rsid w:val="00662D9B"/>
    <w:rsid w:val="00672D5B"/>
    <w:rsid w:val="006743A2"/>
    <w:rsid w:val="00676197"/>
    <w:rsid w:val="006870F0"/>
    <w:rsid w:val="006A4E94"/>
    <w:rsid w:val="006C3FCC"/>
    <w:rsid w:val="006C48DB"/>
    <w:rsid w:val="006C7FE4"/>
    <w:rsid w:val="006E6125"/>
    <w:rsid w:val="006E6CFF"/>
    <w:rsid w:val="006F76AF"/>
    <w:rsid w:val="007027D8"/>
    <w:rsid w:val="00705A69"/>
    <w:rsid w:val="00712E0A"/>
    <w:rsid w:val="00720C57"/>
    <w:rsid w:val="007213F1"/>
    <w:rsid w:val="0072503A"/>
    <w:rsid w:val="007438E7"/>
    <w:rsid w:val="00770F2B"/>
    <w:rsid w:val="007712B7"/>
    <w:rsid w:val="007731A1"/>
    <w:rsid w:val="007C0534"/>
    <w:rsid w:val="007E5F04"/>
    <w:rsid w:val="007E7546"/>
    <w:rsid w:val="007F7BE4"/>
    <w:rsid w:val="00800629"/>
    <w:rsid w:val="00800916"/>
    <w:rsid w:val="00801AFE"/>
    <w:rsid w:val="00805BA9"/>
    <w:rsid w:val="00805F0E"/>
    <w:rsid w:val="00813DC8"/>
    <w:rsid w:val="00831FBC"/>
    <w:rsid w:val="008624C1"/>
    <w:rsid w:val="008912E9"/>
    <w:rsid w:val="00891507"/>
    <w:rsid w:val="0089210D"/>
    <w:rsid w:val="008B0B21"/>
    <w:rsid w:val="008B5D8B"/>
    <w:rsid w:val="008B63EF"/>
    <w:rsid w:val="008B6EA8"/>
    <w:rsid w:val="008C501B"/>
    <w:rsid w:val="008E186E"/>
    <w:rsid w:val="008E5170"/>
    <w:rsid w:val="009515D1"/>
    <w:rsid w:val="00953640"/>
    <w:rsid w:val="00970D36"/>
    <w:rsid w:val="00973AF3"/>
    <w:rsid w:val="00976FBB"/>
    <w:rsid w:val="00983BC2"/>
    <w:rsid w:val="00994635"/>
    <w:rsid w:val="00994C2C"/>
    <w:rsid w:val="009951FD"/>
    <w:rsid w:val="00995F39"/>
    <w:rsid w:val="009A5A9A"/>
    <w:rsid w:val="009B36E5"/>
    <w:rsid w:val="009B6767"/>
    <w:rsid w:val="009B7318"/>
    <w:rsid w:val="009C25A8"/>
    <w:rsid w:val="009C3CE0"/>
    <w:rsid w:val="009C6014"/>
    <w:rsid w:val="009D56CD"/>
    <w:rsid w:val="009D67D6"/>
    <w:rsid w:val="009F76FC"/>
    <w:rsid w:val="00A27706"/>
    <w:rsid w:val="00A403FA"/>
    <w:rsid w:val="00A75FBD"/>
    <w:rsid w:val="00A95E4E"/>
    <w:rsid w:val="00AA1D8D"/>
    <w:rsid w:val="00AC2D85"/>
    <w:rsid w:val="00AD2E88"/>
    <w:rsid w:val="00AD7D93"/>
    <w:rsid w:val="00AE0702"/>
    <w:rsid w:val="00AF2FB8"/>
    <w:rsid w:val="00B0234F"/>
    <w:rsid w:val="00B0586A"/>
    <w:rsid w:val="00B07685"/>
    <w:rsid w:val="00B3157D"/>
    <w:rsid w:val="00B47730"/>
    <w:rsid w:val="00B572C2"/>
    <w:rsid w:val="00B73C39"/>
    <w:rsid w:val="00B76BBF"/>
    <w:rsid w:val="00B77CA2"/>
    <w:rsid w:val="00BA3782"/>
    <w:rsid w:val="00BB4174"/>
    <w:rsid w:val="00C042FA"/>
    <w:rsid w:val="00C071D2"/>
    <w:rsid w:val="00C178F6"/>
    <w:rsid w:val="00C21CC7"/>
    <w:rsid w:val="00C351BE"/>
    <w:rsid w:val="00C5676C"/>
    <w:rsid w:val="00C5687C"/>
    <w:rsid w:val="00C60898"/>
    <w:rsid w:val="00C74075"/>
    <w:rsid w:val="00C804C9"/>
    <w:rsid w:val="00CB0664"/>
    <w:rsid w:val="00CB4FF2"/>
    <w:rsid w:val="00CC1B0B"/>
    <w:rsid w:val="00CC2CDC"/>
    <w:rsid w:val="00CC55AB"/>
    <w:rsid w:val="00CD6D53"/>
    <w:rsid w:val="00CE53C8"/>
    <w:rsid w:val="00CF1CF9"/>
    <w:rsid w:val="00D03D76"/>
    <w:rsid w:val="00D11506"/>
    <w:rsid w:val="00D13433"/>
    <w:rsid w:val="00D211B2"/>
    <w:rsid w:val="00D22B2A"/>
    <w:rsid w:val="00D23A90"/>
    <w:rsid w:val="00D25494"/>
    <w:rsid w:val="00D412E1"/>
    <w:rsid w:val="00D43DB7"/>
    <w:rsid w:val="00D450AB"/>
    <w:rsid w:val="00D61F63"/>
    <w:rsid w:val="00D65658"/>
    <w:rsid w:val="00D6631D"/>
    <w:rsid w:val="00D6667A"/>
    <w:rsid w:val="00D70D52"/>
    <w:rsid w:val="00D85662"/>
    <w:rsid w:val="00DB443F"/>
    <w:rsid w:val="00DC2146"/>
    <w:rsid w:val="00DD1F0E"/>
    <w:rsid w:val="00DF1F26"/>
    <w:rsid w:val="00E011C5"/>
    <w:rsid w:val="00E15B8F"/>
    <w:rsid w:val="00E2619D"/>
    <w:rsid w:val="00E60299"/>
    <w:rsid w:val="00E67B46"/>
    <w:rsid w:val="00E76F7B"/>
    <w:rsid w:val="00E83AC6"/>
    <w:rsid w:val="00E929A5"/>
    <w:rsid w:val="00EA19F9"/>
    <w:rsid w:val="00EA4BE6"/>
    <w:rsid w:val="00EB0919"/>
    <w:rsid w:val="00EB5365"/>
    <w:rsid w:val="00EC2C07"/>
    <w:rsid w:val="00EC620B"/>
    <w:rsid w:val="00ED16F1"/>
    <w:rsid w:val="00ED24E8"/>
    <w:rsid w:val="00ED4830"/>
    <w:rsid w:val="00ED4B5E"/>
    <w:rsid w:val="00ED635E"/>
    <w:rsid w:val="00ED63B2"/>
    <w:rsid w:val="00EE2B2A"/>
    <w:rsid w:val="00F252A1"/>
    <w:rsid w:val="00F266C7"/>
    <w:rsid w:val="00F46B8F"/>
    <w:rsid w:val="00F4704C"/>
    <w:rsid w:val="00F558C4"/>
    <w:rsid w:val="00F57176"/>
    <w:rsid w:val="00F94831"/>
    <w:rsid w:val="00F9741C"/>
    <w:rsid w:val="00FA0CE0"/>
    <w:rsid w:val="00FA0E60"/>
    <w:rsid w:val="00FB7010"/>
    <w:rsid w:val="00FC693F"/>
    <w:rsid w:val="00FD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9B7E64"/>
  <w14:defaultImageDpi w14:val="300"/>
  <w15:docId w15:val="{94ACB891-92AC-4E9E-9111-75F226F7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H Sarabun New" w:eastAsia="TH Sarabun New" w:hAnsi="TH Sarabun New"/>
      <w:sz w:val="32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ชื่อเรื่อง อักขระ"/>
    <w:basedOn w:val="a2"/>
    <w:uiPriority w:val="10"/>
    <w:rsid w:val="00976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ชื่อเรื่องรอง อักขระ"/>
    <w:basedOn w:val="a2"/>
    <w:uiPriority w:val="11"/>
    <w:rsid w:val="00976F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คำอ้างอิง อักขระ"/>
    <w:basedOn w:val="a2"/>
    <w:uiPriority w:val="29"/>
    <w:rsid w:val="00976FBB"/>
    <w:rPr>
      <w:i/>
      <w:iCs/>
      <w:color w:val="000000" w:themeColor="text1"/>
    </w:rPr>
  </w:style>
  <w:style w:type="character" w:customStyle="1" w:styleId="a8">
    <w:name w:val="ทำให้คำอ้างอิงเป็นสีเข้มขึ้น อักขระ"/>
    <w:basedOn w:val="a2"/>
    <w:uiPriority w:val="30"/>
    <w:rsid w:val="00976FBB"/>
    <w:rPr>
      <w:b/>
      <w:bCs/>
      <w:i/>
      <w:iCs/>
      <w:color w:val="4F81BD" w:themeColor="accent1"/>
    </w:rPr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a">
    <w:name w:val="หัวกระดาษ อักขระ"/>
    <w:basedOn w:val="a2"/>
    <w:uiPriority w:val="99"/>
    <w:semiHidden/>
    <w:rsid w:val="00976FBB"/>
    <w:rPr>
      <w:rFonts w:ascii="TH Sarabun New" w:eastAsia="TH Sarabun New" w:hAnsi="TH Sarabun New"/>
      <w:sz w:val="32"/>
    </w:rPr>
  </w:style>
  <w:style w:type="character" w:customStyle="1" w:styleId="ab">
    <w:name w:val="ท้ายกระดาษ อักขระ"/>
    <w:basedOn w:val="a2"/>
    <w:uiPriority w:val="99"/>
    <w:semiHidden/>
    <w:rsid w:val="00976FBB"/>
    <w:rPr>
      <w:rFonts w:ascii="TH Sarabun New" w:eastAsia="TH Sarabun New" w:hAnsi="TH Sarabun New"/>
      <w:sz w:val="32"/>
    </w:rPr>
  </w:style>
  <w:style w:type="character" w:customStyle="1" w:styleId="ac">
    <w:name w:val="เนื้อความ อักขระ"/>
    <w:basedOn w:val="a2"/>
    <w:uiPriority w:val="99"/>
    <w:semiHidden/>
    <w:rsid w:val="00976FBB"/>
    <w:rPr>
      <w:rFonts w:ascii="TH Sarabun New" w:eastAsia="TH Sarabun New" w:hAnsi="TH Sarabun New"/>
      <w:sz w:val="32"/>
    </w:rPr>
  </w:style>
  <w:style w:type="character" w:customStyle="1" w:styleId="23">
    <w:name w:val="เนื้อความ 2 อักขระ"/>
    <w:basedOn w:val="a2"/>
    <w:uiPriority w:val="99"/>
    <w:semiHidden/>
    <w:rsid w:val="00976FBB"/>
    <w:rPr>
      <w:rFonts w:ascii="TH Sarabun New" w:eastAsia="TH Sarabun New" w:hAnsi="TH Sarabun New"/>
      <w:sz w:val="32"/>
    </w:rPr>
  </w:style>
  <w:style w:type="paragraph" w:styleId="ad">
    <w:name w:val="List Paragraph"/>
    <w:basedOn w:val="a1"/>
    <w:uiPriority w:val="34"/>
    <w:qFormat/>
    <w:rsid w:val="00FC693F"/>
    <w:pPr>
      <w:ind w:left="720"/>
      <w:contextualSpacing/>
    </w:pPr>
  </w:style>
  <w:style w:type="character" w:customStyle="1" w:styleId="33">
    <w:name w:val="เนื้อความ 3 อักขระ"/>
    <w:basedOn w:val="a2"/>
    <w:uiPriority w:val="99"/>
    <w:semiHidden/>
    <w:rsid w:val="00976FBB"/>
    <w:rPr>
      <w:rFonts w:ascii="TH Sarabun New" w:eastAsia="TH Sarabun New" w:hAnsi="TH Sarabun New"/>
      <w:sz w:val="16"/>
      <w:szCs w:val="16"/>
    </w:rPr>
  </w:style>
  <w:style w:type="character" w:customStyle="1" w:styleId="ae">
    <w:name w:val="ข้อความแมโคร อักขระ"/>
    <w:basedOn w:val="a2"/>
    <w:uiPriority w:val="99"/>
    <w:semiHidden/>
    <w:rsid w:val="00976FBB"/>
    <w:rPr>
      <w:rFonts w:ascii="Consolas" w:eastAsia="TH Sarabun New" w:hAnsi="Consolas"/>
      <w:sz w:val="20"/>
      <w:szCs w:val="20"/>
    </w:rPr>
  </w:style>
  <w:style w:type="paragraph" w:styleId="af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4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4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6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9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2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af0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5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1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2">
    <w:name w:val="Strong"/>
    <w:basedOn w:val="a2"/>
    <w:uiPriority w:val="22"/>
    <w:qFormat/>
    <w:rsid w:val="00FC693F"/>
    <w:rPr>
      <w:b/>
      <w:bCs/>
    </w:rPr>
  </w:style>
  <w:style w:type="character" w:styleId="af3">
    <w:name w:val="Emphasis"/>
    <w:basedOn w:val="a2"/>
    <w:uiPriority w:val="20"/>
    <w:qFormat/>
    <w:rsid w:val="00FC693F"/>
    <w:rPr>
      <w:i/>
      <w:iCs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6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7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8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a2"/>
    <w:uiPriority w:val="99"/>
    <w:rsid w:val="00453625"/>
  </w:style>
  <w:style w:type="character" w:customStyle="1" w:styleId="FooterChar">
    <w:name w:val="Footer Char"/>
    <w:basedOn w:val="a2"/>
    <w:uiPriority w:val="99"/>
    <w:rsid w:val="00453625"/>
  </w:style>
  <w:style w:type="character" w:customStyle="1" w:styleId="MacroTextChar">
    <w:name w:val="Macro Text Char"/>
    <w:basedOn w:val="a2"/>
    <w:uiPriority w:val="99"/>
    <w:rsid w:val="00453625"/>
    <w:rPr>
      <w:rFonts w:ascii="Courier" w:hAnsi="Courier"/>
      <w:sz w:val="20"/>
      <w:szCs w:val="20"/>
    </w:rPr>
  </w:style>
  <w:style w:type="character" w:customStyle="1" w:styleId="14">
    <w:name w:val="ชื่อเรื่อง อักขระ1"/>
    <w:basedOn w:val="a2"/>
    <w:uiPriority w:val="10"/>
    <w:rsid w:val="00453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5">
    <w:name w:val="ชื่อเรื่องรอง อักขระ1"/>
    <w:basedOn w:val="a2"/>
    <w:uiPriority w:val="11"/>
    <w:rsid w:val="00453625"/>
    <w:rPr>
      <w:color w:val="5A5A5A" w:themeColor="text1" w:themeTint="A5"/>
      <w:spacing w:val="15"/>
    </w:rPr>
  </w:style>
  <w:style w:type="character" w:customStyle="1" w:styleId="16">
    <w:name w:val="คำอ้างอิง อักขระ1"/>
    <w:basedOn w:val="a2"/>
    <w:uiPriority w:val="29"/>
    <w:rsid w:val="00453625"/>
    <w:rPr>
      <w:rFonts w:ascii="TH Sarabun New" w:eastAsia="TH Sarabun New" w:hAnsi="TH Sarabun New"/>
      <w:i/>
      <w:iCs/>
      <w:color w:val="404040" w:themeColor="text1" w:themeTint="BF"/>
      <w:sz w:val="32"/>
    </w:rPr>
  </w:style>
  <w:style w:type="character" w:customStyle="1" w:styleId="17">
    <w:name w:val="ทำให้คำอ้างอิงเป็นสีเข้มขึ้น อักขระ1"/>
    <w:basedOn w:val="a2"/>
    <w:uiPriority w:val="30"/>
    <w:rsid w:val="00453625"/>
    <w:rPr>
      <w:rFonts w:ascii="TH Sarabun New" w:eastAsia="TH Sarabun New" w:hAnsi="TH Sarabun New"/>
      <w:i/>
      <w:iCs/>
      <w:color w:val="4F81BD" w:themeColor="accent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2501</Words>
  <Characters>14259</Characters>
  <Application>Microsoft Office Word</Application>
  <DocSecurity>0</DocSecurity>
  <Lines>118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2</cp:revision>
  <cp:lastPrinted>2026-08-13T06:31:00Z</cp:lastPrinted>
  <dcterms:created xsi:type="dcterms:W3CDTF">2026-08-25T08:04:00Z</dcterms:created>
  <dcterms:modified xsi:type="dcterms:W3CDTF">2026-08-25T08:04:00Z</dcterms:modified>
  <cp:category/>
</cp:coreProperties>
</file>